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7D43" w14:textId="77777777" w:rsidR="00AC6F7D" w:rsidRPr="00975805" w:rsidRDefault="00C770A4">
      <w:pPr>
        <w:spacing w:after="120"/>
        <w:jc w:val="center"/>
        <w:rPr>
          <w:rFonts w:ascii="Times New Roman" w:hAnsi="Times New Roman" w:cs="Times New Roman"/>
          <w:lang w:val="it-IT"/>
        </w:rPr>
      </w:pPr>
      <w:r w:rsidRPr="00975805">
        <w:rPr>
          <w:rFonts w:ascii="Times New Roman" w:hAnsi="Times New Roman" w:cs="Times New Roman"/>
          <w:b/>
          <w:sz w:val="26"/>
          <w:lang w:val="it-IT"/>
        </w:rPr>
        <w:t>ALL. A – ISTANZA DI PARTECIPAZIONE</w:t>
      </w:r>
    </w:p>
    <w:p w14:paraId="14EB3EE8" w14:textId="77777777" w:rsidR="00AC6F7D" w:rsidRPr="00975805" w:rsidRDefault="00C770A4" w:rsidP="006B3A6E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975805">
        <w:rPr>
          <w:rFonts w:ascii="Times New Roman" w:hAnsi="Times New Roman" w:cs="Times New Roman"/>
          <w:b/>
          <w:sz w:val="24"/>
          <w:szCs w:val="24"/>
          <w:lang w:val="it-IT"/>
        </w:rPr>
        <w:t>Spett.le</w:t>
      </w:r>
    </w:p>
    <w:p w14:paraId="1FD9180F" w14:textId="77777777" w:rsidR="00AC6F7D" w:rsidRPr="00975805" w:rsidRDefault="00C770A4" w:rsidP="006B3A6E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975805">
        <w:rPr>
          <w:rFonts w:ascii="Times New Roman" w:hAnsi="Times New Roman" w:cs="Times New Roman"/>
          <w:sz w:val="24"/>
          <w:szCs w:val="24"/>
          <w:lang w:val="it-IT"/>
        </w:rPr>
        <w:t>COMUNE DI PRESICCE-ACQUARICA</w:t>
      </w:r>
    </w:p>
    <w:p w14:paraId="667CBFC1" w14:textId="77777777" w:rsidR="00AC6F7D" w:rsidRPr="00975805" w:rsidRDefault="00C770A4" w:rsidP="006B3A6E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975805">
        <w:rPr>
          <w:rFonts w:ascii="Times New Roman" w:hAnsi="Times New Roman" w:cs="Times New Roman"/>
          <w:sz w:val="24"/>
          <w:szCs w:val="24"/>
          <w:lang w:val="it-IT"/>
        </w:rPr>
        <w:t>Settore Servizi Sociali – Pubblica Istruzione</w:t>
      </w:r>
    </w:p>
    <w:p w14:paraId="5AD533D1" w14:textId="1ADD0375" w:rsidR="00AC6F7D" w:rsidRDefault="00C770A4" w:rsidP="006B3A6E">
      <w:pPr>
        <w:spacing w:after="14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975805">
        <w:rPr>
          <w:rFonts w:ascii="Times New Roman" w:hAnsi="Times New Roman" w:cs="Times New Roman"/>
          <w:sz w:val="24"/>
          <w:szCs w:val="24"/>
          <w:lang w:val="it-IT"/>
        </w:rPr>
        <w:t xml:space="preserve">PEC: </w:t>
      </w:r>
      <w:hyperlink r:id="rId8" w:history="1">
        <w:r w:rsidR="00975805" w:rsidRPr="007444CB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protocollo@cert.comune.presicceacquarica.le.it</w:t>
        </w:r>
      </w:hyperlink>
    </w:p>
    <w:p w14:paraId="10A8B497" w14:textId="77777777" w:rsidR="00975805" w:rsidRDefault="00975805" w:rsidP="006B3A6E">
      <w:pPr>
        <w:spacing w:after="160"/>
        <w:jc w:val="both"/>
        <w:rPr>
          <w:rFonts w:ascii="Times New Roman" w:hAnsi="Times New Roman" w:cs="Times New Roman"/>
          <w:b/>
          <w:sz w:val="21"/>
          <w:lang w:val="it-IT"/>
        </w:rPr>
      </w:pPr>
    </w:p>
    <w:p w14:paraId="4031B78F" w14:textId="6BC21B93" w:rsidR="00AC6F7D" w:rsidRPr="00975805" w:rsidRDefault="00C770A4" w:rsidP="006B3A6E">
      <w:p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75805">
        <w:rPr>
          <w:rFonts w:ascii="Times New Roman" w:hAnsi="Times New Roman" w:cs="Times New Roman"/>
          <w:b/>
          <w:sz w:val="24"/>
          <w:szCs w:val="24"/>
          <w:lang w:val="it-IT"/>
        </w:rPr>
        <w:t>OGGETTO: AVVISO PUBBLICO PER LA CONSULTAZIONE DEL MERCATO FINALIZZATA ALL’EVENTUALE AFFIDAMENTO DIRETTO, AI SENSI DELL’ART. 50, COMMA 1, LETT. B), DEL D.LGS. N. 36/2023, DEL SERVIZIO DI TRASPORTO SCOLASTICO – ANNO SCOLASTICO 2026/2027.</w:t>
      </w:r>
    </w:p>
    <w:p w14:paraId="0A17E857" w14:textId="77777777" w:rsidR="00975805" w:rsidRDefault="00975805" w:rsidP="006B3A6E">
      <w:pPr>
        <w:jc w:val="both"/>
        <w:rPr>
          <w:rFonts w:ascii="Times New Roman" w:hAnsi="Times New Roman" w:cs="Times New Roman"/>
          <w:lang w:val="it-IT"/>
        </w:rPr>
      </w:pPr>
    </w:p>
    <w:p w14:paraId="4E5BD299" w14:textId="077762DA" w:rsidR="00AC6F7D" w:rsidRPr="00975805" w:rsidRDefault="00C770A4" w:rsidP="006B3A6E">
      <w:pPr>
        <w:jc w:val="both"/>
        <w:rPr>
          <w:rFonts w:ascii="Times New Roman" w:hAnsi="Times New Roman" w:cs="Times New Roman"/>
          <w:lang w:val="it-IT"/>
        </w:rPr>
      </w:pPr>
      <w:r w:rsidRPr="00975805">
        <w:rPr>
          <w:rFonts w:ascii="Times New Roman" w:hAnsi="Times New Roman" w:cs="Times New Roman"/>
          <w:lang w:val="it-IT"/>
        </w:rPr>
        <w:t xml:space="preserve">Il/La sottoscritto/a ________________________________________________, nato/a </w:t>
      </w:r>
      <w:proofErr w:type="spellStart"/>
      <w:r w:rsidRPr="00975805">
        <w:rPr>
          <w:rFonts w:ascii="Times New Roman" w:hAnsi="Times New Roman" w:cs="Times New Roman"/>
          <w:lang w:val="it-IT"/>
        </w:rPr>
        <w:t>a</w:t>
      </w:r>
      <w:proofErr w:type="spellEnd"/>
      <w:r w:rsidRPr="00975805">
        <w:rPr>
          <w:rFonts w:ascii="Times New Roman" w:hAnsi="Times New Roman" w:cs="Times New Roman"/>
          <w:lang w:val="it-IT"/>
        </w:rPr>
        <w:t xml:space="preserve"> ________________________________, Prov. ______, il __________________, in qualità di ____________________________________________,</w:t>
      </w:r>
    </w:p>
    <w:p w14:paraId="33AB15C5" w14:textId="77777777" w:rsidR="00AC6F7D" w:rsidRPr="00975805" w:rsidRDefault="00C770A4" w:rsidP="006B3A6E">
      <w:pPr>
        <w:jc w:val="both"/>
        <w:rPr>
          <w:rFonts w:ascii="Times New Roman" w:hAnsi="Times New Roman" w:cs="Times New Roman"/>
          <w:lang w:val="it-IT"/>
        </w:rPr>
      </w:pPr>
      <w:r w:rsidRPr="00975805">
        <w:rPr>
          <w:rFonts w:ascii="Times New Roman" w:hAnsi="Times New Roman" w:cs="Times New Roman"/>
          <w:lang w:val="it-IT"/>
        </w:rPr>
        <w:t>con sede legale in ________________________________________, Prov. ______, via ____________________________________________, n. ______, CAP ____________, codice fiscale n. ________________________________, partita IVA n. ________________________________, PEC ________________________________________________,</w:t>
      </w:r>
    </w:p>
    <w:p w14:paraId="456EE668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in qualità di:</w:t>
      </w:r>
    </w:p>
    <w:p w14:paraId="4A89F454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legale rappresentante;</w:t>
      </w:r>
    </w:p>
    <w:p w14:paraId="296F1E79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procuratore del legale rappresentante (allegare copia della procura);</w:t>
      </w:r>
    </w:p>
    <w:p w14:paraId="26F0C746" w14:textId="4864AFBC" w:rsidR="00AC6F7D" w:rsidRPr="009159AE" w:rsidRDefault="00C770A4" w:rsidP="009159AE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altro (specificare) ________________________________________________________________________________</w:t>
      </w:r>
      <w:r w:rsidR="009159A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7E198E8F" w14:textId="62E99ABB" w:rsidR="00AC6F7D" w:rsidRPr="009159AE" w:rsidRDefault="00C770A4" w:rsidP="009159AE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dell’OPERATORE ECONOMICO denominato ________________________________________________________________________________</w:t>
      </w:r>
    </w:p>
    <w:p w14:paraId="357F04C0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con sede in ________________________________________________, via ________________________________________________, n. ______, CAP ____________, Provincia ________________________________, codice fiscale ________________________________, partita IVA ________________________________, PEC ________________________________________________,</w:t>
      </w:r>
    </w:p>
    <w:p w14:paraId="64E61CE1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in nome e per conto dell’operatore stesso,</w:t>
      </w:r>
    </w:p>
    <w:p w14:paraId="6AEEC97D" w14:textId="77777777" w:rsidR="00AC6F7D" w:rsidRPr="009159AE" w:rsidRDefault="00C770A4" w:rsidP="006B3A6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VISTO l’Avviso pubblico di consultazione del mercato e la documentazione tecnica allo stesso allegata,</w:t>
      </w:r>
    </w:p>
    <w:p w14:paraId="65B4B3DF" w14:textId="77777777" w:rsidR="00AC6F7D" w:rsidRPr="009159AE" w:rsidRDefault="00C770A4" w:rsidP="006B3A6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b/>
          <w:sz w:val="24"/>
          <w:szCs w:val="24"/>
          <w:lang w:val="it-IT"/>
        </w:rPr>
        <w:t>FORMULA LA PRESENTE ISTANZA DI PARTECIPAZIONE</w:t>
      </w:r>
    </w:p>
    <w:p w14:paraId="60656EC4" w14:textId="77777777" w:rsidR="00AC6F7D" w:rsidRPr="009159AE" w:rsidRDefault="00C770A4" w:rsidP="006B3A6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A tal fine, consapevole delle sanzioni penali previste dall’art. 76 del D.P.R. 445/2000 e delle conseguenze previste dall’art. 75 del medesimo D.P.R. per le ipotesi di falsità in atti e dichiarazioni mendaci, ai sensi dell’art. 47 del D.P.R. 28 dicembre 2000, n. 445 e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s.m.i.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>,</w:t>
      </w:r>
    </w:p>
    <w:p w14:paraId="05711C5D" w14:textId="77777777" w:rsidR="009159AE" w:rsidRDefault="009159AE" w:rsidP="006B3A6E">
      <w:pPr>
        <w:spacing w:after="10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46C7A3D" w14:textId="77777777" w:rsidR="009159AE" w:rsidRDefault="009159AE" w:rsidP="006B3A6E">
      <w:pPr>
        <w:spacing w:after="10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1EA209A" w14:textId="77777777" w:rsidR="009159AE" w:rsidRDefault="009159AE" w:rsidP="006B3A6E">
      <w:pPr>
        <w:spacing w:after="10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2E573F9A" w14:textId="5F59C512" w:rsidR="00AC6F7D" w:rsidRPr="009159AE" w:rsidRDefault="00C770A4" w:rsidP="006B3A6E">
      <w:pPr>
        <w:spacing w:after="10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DICHIARA</w:t>
      </w:r>
    </w:p>
    <w:p w14:paraId="642FCE16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1) che intende partecipare alla consultazione del mercato finalizzata all’eventuale affidamento diretto del servizio di trasporto scolastico per l’anno scolastico 2026/2027 nella seguente forma:</w:t>
      </w:r>
    </w:p>
    <w:p w14:paraId="1902055A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operatore economico singolo;</w:t>
      </w:r>
    </w:p>
    <w:p w14:paraId="7D93FB9F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raggruppamento temporaneo di operatori economici;</w:t>
      </w:r>
    </w:p>
    <w:p w14:paraId="3129103A" w14:textId="4400053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altra forma di partecipazione prevista dall’art. 65 del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n. 36/2023: ________________________________________________</w:t>
      </w:r>
      <w:r w:rsidR="00AA08EF" w:rsidRPr="009159AE">
        <w:rPr>
          <w:rFonts w:ascii="Times New Roman" w:hAnsi="Times New Roman" w:cs="Times New Roman"/>
          <w:sz w:val="24"/>
          <w:szCs w:val="24"/>
          <w:lang w:val="it-IT"/>
        </w:rPr>
        <w:t>________________________________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0F605884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5) che, in caso di partecipazione in raggruppamento temporaneo, il soggetto giuridico sopra rappresentato assume il ruolo di </w:t>
      </w: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mandatario / </w:t>
      </w: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mandante;</w:t>
      </w:r>
    </w:p>
    <w:p w14:paraId="7E307274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6) che l’operatore economico è in possesso dei requisiti di ordine generale previsti dagli artt. 94, 95 e 98 del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n. 36/2023 e non si trova in alcuna delle cause di esclusione previste dalla normativa vigente;</w:t>
      </w:r>
    </w:p>
    <w:p w14:paraId="23A3B651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7) che l’operatore economico è iscritto nel Registro delle Imprese della Camera di Commercio, Industria, Artigianato e Agricoltura, o nel registro/albo previsto dalla propria forma giuridica, per attività coerenti con l’oggetto del servizio, con i seguenti estremi: ________________________________________________________________________________________________;</w:t>
      </w:r>
    </w:p>
    <w:p w14:paraId="5A9603BC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8) che l’operatore economico possiede documentate esperienze pregresse idonee all’esecuzione del servizio oggetto della consultazione, con particolare riferimento a servizi di trasporto scolastico svolti negli ultimi dieci anni dalla data di pubblicazione dell’Avviso, anche in favore di pubbliche amministrazioni o soggetti pubblici;</w:t>
      </w:r>
    </w:p>
    <w:p w14:paraId="481A39FC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9) che l’esperienza di cui al punto precedente è descritta nella Scheda/Curriculum aziendale allegata alla presente istanza;</w:t>
      </w:r>
    </w:p>
    <w:p w14:paraId="312F4799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10) che dispone di personale qualificato e abilitato allo svolgimento delle prestazioni richieste e, in particolare, di personale in possesso dei requisiti previsti dalla normativa vigente per la conduzione degli scuolabus e per le attività di accompagnamento;</w:t>
      </w:r>
    </w:p>
    <w:p w14:paraId="7DDA8442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11) che, per l’esecuzione del servizio, terrà conto della necessità di garantire, in via ordinaria, n. 2 autisti e n. 2 accompagnatori, uno per ciascun scuolabus, secondo l’organizzazione prevista nella Scheda delle prestazioni;</w:t>
      </w:r>
    </w:p>
    <w:p w14:paraId="4310C359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12) che applicherà al personale dipendente impiegato nel servizio il CCNL indicato dall’Avviso, ossia IC35 – CCNL per i dipendenti da imprese esercenti autorimesse, noleggio auto con autista, locazione automezzi, ovvero altro contratto collettivo equivalente nei casi consentiti dalla normativa vigente;</w:t>
      </w:r>
    </w:p>
    <w:p w14:paraId="75231268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13) di non essere destinatario di provvedimenti di sospensione o interdittivi di cui all’art. 14 del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n. 81/2008;</w:t>
      </w:r>
    </w:p>
    <w:p w14:paraId="5D862141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14) di non ricorrere nelle cause di esclusione previste dalla normativa antimafia e, in particolare, dagli artt. 67 e seguenti del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n. 159/2011, per quanto applicabili;</w:t>
      </w:r>
    </w:p>
    <w:p w14:paraId="7DB6B604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15) di non trovarsi nella situazione di cui all’art. 53, comma 16-ter, del </w:t>
      </w:r>
      <w:proofErr w:type="spellStart"/>
      <w:r w:rsidRPr="009159AE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n. 165/2001 e di non essere incorso, ai sensi della normativa vigente, in ulteriori divieti a contrattare con la Pubblica Amministrazione;</w:t>
      </w:r>
    </w:p>
    <w:p w14:paraId="6571BDDF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16) di aver preso visione dell’Avviso, della Scheda delle prestazioni e della restante documentazione pubblicata dal Comune e di accettarne integralmente contenuti, condizioni e prescrizioni;</w:t>
      </w:r>
    </w:p>
    <w:p w14:paraId="578E0F1E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17) di essere consapevole che la consultazione del mercato non costituisce procedura di gara, non comporta formazione di graduatoria e non determina alcun diritto all’affidamento, essendo finalizzata 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lastRenderedPageBreak/>
        <w:t>esclusivamente all’acquisizione di elementi conoscitivi e di preventivi utili alla successiva eventuale decisione di affidamento diretto;</w:t>
      </w:r>
    </w:p>
    <w:p w14:paraId="7FE6DC71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18) di essere consapevole che l’eventuale affidamento avrà durata limitata all’anno scolastico 2026/2027 e non comporterà alcun vincolo per l’Amministrazione comunale relativamente agli anni scolastici successivi;</w:t>
      </w:r>
    </w:p>
    <w:p w14:paraId="56A3E67E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19) di impegnarsi, in caso di eventuale affidamento, a garantire la continuità, regolarità e sicurezza del servizio secondo quanto previsto dalla Scheda delle prestazioni e dagli atti contrattuali;</w:t>
      </w:r>
    </w:p>
    <w:p w14:paraId="68CE4AF6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20) di impegnarsi, in caso di eventuale affidamento, a garantire la tempestiva sostituzione del personale assente e, ove necessario, dei mezzi indisponibili, assicurando la continuità del servizio;</w:t>
      </w:r>
    </w:p>
    <w:p w14:paraId="4D1E9B61" w14:textId="77777777" w:rsidR="00AC6F7D" w:rsidRPr="009159AE" w:rsidRDefault="00C770A4" w:rsidP="006B3A6E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21) di essere informato, ai sensi del Regolamento (UE) 2016/679 (GDPR) e della normativa nazionale vigente in materia di protezione dei dati personali, che i dati forniti saranno trattati esclusivamente per le finalità connesse al presente procedimento.</w:t>
      </w:r>
    </w:p>
    <w:p w14:paraId="2A3BB42D" w14:textId="77777777" w:rsidR="00AC6F7D" w:rsidRPr="009159AE" w:rsidRDefault="00C770A4" w:rsidP="006B3A6E">
      <w:pPr>
        <w:spacing w:before="120" w:after="60"/>
        <w:jc w:val="center"/>
        <w:rPr>
          <w:rFonts w:ascii="Times New Roman" w:hAnsi="Times New Roman" w:cs="Times New Roman"/>
          <w:sz w:val="24"/>
          <w:szCs w:val="24"/>
        </w:rPr>
      </w:pPr>
      <w:r w:rsidRPr="009159AE">
        <w:rPr>
          <w:rFonts w:ascii="Times New Roman" w:hAnsi="Times New Roman" w:cs="Times New Roman"/>
          <w:b/>
          <w:sz w:val="24"/>
          <w:szCs w:val="24"/>
        </w:rPr>
        <w:t>DICHIARA ALTRESÌ</w:t>
      </w:r>
    </w:p>
    <w:p w14:paraId="4F7BF751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che la dimensione aziendale è:</w:t>
      </w:r>
    </w:p>
    <w:p w14:paraId="61CBB784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da 0 a inferiore a 15 dipendenti;</w:t>
      </w:r>
    </w:p>
    <w:p w14:paraId="5F4C1BAB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9159AE">
        <w:rPr>
          <w:rFonts w:ascii="Segoe UI Symbol" w:hAnsi="Segoe UI Symbol" w:cs="Segoe UI Symbol"/>
          <w:sz w:val="24"/>
          <w:szCs w:val="24"/>
        </w:rPr>
        <w:t>☐</w:t>
      </w:r>
      <w:r w:rsidRPr="009159AE">
        <w:rPr>
          <w:rFonts w:ascii="Times New Roman" w:hAnsi="Times New Roman" w:cs="Times New Roman"/>
          <w:sz w:val="24"/>
          <w:szCs w:val="24"/>
        </w:rPr>
        <w:t xml:space="preserve"> da 15 a 50 dipendenti;</w:t>
      </w:r>
    </w:p>
    <w:p w14:paraId="05CE4B5D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oltre 50 dipendenti;</w:t>
      </w:r>
    </w:p>
    <w:p w14:paraId="562DD2E6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che il referente dell’operatore economico per i rapporti con il Comune è il/la Sig./Sig.ra ____________________________________________, tel. ____________________________, e-mail _________________________________, PEC ____________________________________________;</w:t>
      </w:r>
    </w:p>
    <w:p w14:paraId="3700B086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di impegnarsi a comunicare tempestivamente ogni variazione dei dati e delle informazioni sopra indicati.</w:t>
      </w:r>
    </w:p>
    <w:p w14:paraId="3080DEE5" w14:textId="77777777" w:rsidR="00AC6F7D" w:rsidRPr="009159AE" w:rsidRDefault="00C770A4" w:rsidP="006B3A6E">
      <w:pPr>
        <w:spacing w:before="120"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b/>
          <w:sz w:val="24"/>
          <w:szCs w:val="24"/>
          <w:lang w:val="it-IT"/>
        </w:rPr>
        <w:t>DOCUMENTAZIONE ALLEGATA</w:t>
      </w:r>
    </w:p>
    <w:p w14:paraId="5AF3C557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Scheda/Curriculum aziendale con indicazione delle principali esperienze maturate nel settore del trasporto scolastico;</w:t>
      </w:r>
    </w:p>
    <w:p w14:paraId="54E685C1" w14:textId="38DBC9FA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Relazione tecnico-organizzativa illustrativa delle modalità di organizzazione e gestione del servizio</w:t>
      </w:r>
      <w:r w:rsidR="00CA7D07"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CA7D07" w:rsidRPr="009159AE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 xml:space="preserve">per massimo 3 pagine in formato </w:t>
      </w:r>
      <w:r w:rsidR="00A4769C" w:rsidRPr="009159AE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Times New Roman</w:t>
      </w:r>
      <w:r w:rsidR="00CA7D07" w:rsidRPr="009159AE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, con dimensione del carattere 11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2AA60D37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Preventivo economico sottoscritto digitalmente;</w:t>
      </w:r>
    </w:p>
    <w:p w14:paraId="3F55B120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eventuale procura, ove il sottoscrittore sia procuratore;</w:t>
      </w:r>
    </w:p>
    <w:p w14:paraId="5578F0AA" w14:textId="77777777" w:rsidR="00AC6F7D" w:rsidRPr="009159AE" w:rsidRDefault="00C770A4" w:rsidP="006B3A6E">
      <w:pPr>
        <w:spacing w:after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9159AE">
        <w:rPr>
          <w:rFonts w:ascii="Times New Roman" w:hAnsi="Times New Roman" w:cs="Times New Roman"/>
          <w:sz w:val="24"/>
          <w:szCs w:val="24"/>
          <w:lang w:val="it-IT"/>
        </w:rPr>
        <w:t xml:space="preserve"> altra documentazione richiesta dall’Avviso o ritenuta utile ai fini della valutazione della proposta.</w:t>
      </w:r>
    </w:p>
    <w:p w14:paraId="1BB59402" w14:textId="77777777" w:rsidR="00CA7D07" w:rsidRPr="009159AE" w:rsidRDefault="00CA7D07" w:rsidP="006B3A6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FFBD9EF" w14:textId="77777777" w:rsidR="00AC6F7D" w:rsidRPr="009159AE" w:rsidRDefault="00C770A4" w:rsidP="006B3A6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59AE">
        <w:rPr>
          <w:rFonts w:ascii="Times New Roman" w:hAnsi="Times New Roman" w:cs="Times New Roman"/>
          <w:sz w:val="24"/>
          <w:szCs w:val="24"/>
          <w:lang w:val="it-IT"/>
        </w:rPr>
        <w:t>Luogo e data: ________________________________________________</w:t>
      </w:r>
    </w:p>
    <w:p w14:paraId="1BE46B0F" w14:textId="77777777" w:rsidR="00CA7D07" w:rsidRPr="009159AE" w:rsidRDefault="00CA7D07" w:rsidP="006B3A6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4EBF1FF" w14:textId="77777777" w:rsidR="00AC6F7D" w:rsidRPr="009159AE" w:rsidRDefault="00C770A4" w:rsidP="006B3A6E">
      <w:pPr>
        <w:spacing w:after="40"/>
        <w:jc w:val="right"/>
        <w:rPr>
          <w:rFonts w:ascii="Times New Roman" w:hAnsi="Times New Roman" w:cs="Times New Roman"/>
          <w:sz w:val="22"/>
          <w:lang w:val="it-IT"/>
        </w:rPr>
      </w:pPr>
      <w:r w:rsidRPr="009159AE">
        <w:rPr>
          <w:rFonts w:ascii="Times New Roman" w:hAnsi="Times New Roman" w:cs="Times New Roman"/>
          <w:b/>
          <w:sz w:val="22"/>
          <w:lang w:val="it-IT"/>
        </w:rPr>
        <w:t>IL LEGALE RAPPRESENTANTE / PROCURATORE</w:t>
      </w:r>
    </w:p>
    <w:p w14:paraId="0AAF8B6C" w14:textId="77777777" w:rsidR="00AC6F7D" w:rsidRPr="009159AE" w:rsidRDefault="00C770A4" w:rsidP="006B3A6E">
      <w:pPr>
        <w:spacing w:after="160"/>
        <w:jc w:val="right"/>
        <w:rPr>
          <w:rFonts w:ascii="Times New Roman" w:hAnsi="Times New Roman" w:cs="Times New Roman"/>
          <w:sz w:val="22"/>
          <w:lang w:val="it-IT"/>
        </w:rPr>
      </w:pPr>
      <w:r w:rsidRPr="009159AE">
        <w:rPr>
          <w:rFonts w:ascii="Times New Roman" w:hAnsi="Times New Roman" w:cs="Times New Roman"/>
          <w:sz w:val="22"/>
          <w:lang w:val="it-IT"/>
        </w:rPr>
        <w:t>(firma digitale)</w:t>
      </w:r>
    </w:p>
    <w:p w14:paraId="0B84622A" w14:textId="77777777" w:rsidR="00AC6F7D" w:rsidRPr="009159AE" w:rsidRDefault="00C770A4" w:rsidP="006B3A6E">
      <w:pPr>
        <w:jc w:val="right"/>
        <w:rPr>
          <w:rFonts w:ascii="Times New Roman" w:hAnsi="Times New Roman" w:cs="Times New Roman"/>
          <w:sz w:val="16"/>
          <w:szCs w:val="16"/>
          <w:lang w:val="it-IT"/>
        </w:rPr>
      </w:pPr>
      <w:r w:rsidRPr="009159AE">
        <w:rPr>
          <w:rFonts w:ascii="Times New Roman" w:hAnsi="Times New Roman" w:cs="Times New Roman"/>
          <w:sz w:val="16"/>
          <w:szCs w:val="16"/>
          <w:lang w:val="it-IT"/>
        </w:rPr>
        <w:t xml:space="preserve">Documento informatico sottoscritto digitalmente ai sensi del D.P.R. 445/2000 e del </w:t>
      </w:r>
      <w:proofErr w:type="spellStart"/>
      <w:r w:rsidRPr="009159AE">
        <w:rPr>
          <w:rFonts w:ascii="Times New Roman" w:hAnsi="Times New Roman" w:cs="Times New Roman"/>
          <w:sz w:val="16"/>
          <w:szCs w:val="16"/>
          <w:lang w:val="it-IT"/>
        </w:rPr>
        <w:t>D.Lgs.</w:t>
      </w:r>
      <w:proofErr w:type="spellEnd"/>
      <w:r w:rsidRPr="009159AE">
        <w:rPr>
          <w:rFonts w:ascii="Times New Roman" w:hAnsi="Times New Roman" w:cs="Times New Roman"/>
          <w:sz w:val="16"/>
          <w:szCs w:val="16"/>
          <w:lang w:val="it-IT"/>
        </w:rPr>
        <w:t xml:space="preserve"> 82/2005 e </w:t>
      </w:r>
      <w:proofErr w:type="spellStart"/>
      <w:r w:rsidRPr="009159AE">
        <w:rPr>
          <w:rFonts w:ascii="Times New Roman" w:hAnsi="Times New Roman" w:cs="Times New Roman"/>
          <w:sz w:val="16"/>
          <w:szCs w:val="16"/>
          <w:lang w:val="it-IT"/>
        </w:rPr>
        <w:t>s.m.i.</w:t>
      </w:r>
      <w:proofErr w:type="spellEnd"/>
    </w:p>
    <w:sectPr w:rsidR="00AC6F7D" w:rsidRPr="009159AE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BFA3" w14:textId="77777777" w:rsidR="00F419C4" w:rsidRDefault="00F419C4">
      <w:pPr>
        <w:spacing w:after="0" w:line="240" w:lineRule="auto"/>
      </w:pPr>
      <w:r>
        <w:separator/>
      </w:r>
    </w:p>
  </w:endnote>
  <w:endnote w:type="continuationSeparator" w:id="0">
    <w:p w14:paraId="20B0623B" w14:textId="77777777" w:rsidR="00F419C4" w:rsidRDefault="00F4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ADDB" w14:textId="77777777" w:rsidR="00F419C4" w:rsidRDefault="00F419C4">
      <w:pPr>
        <w:spacing w:after="0" w:line="240" w:lineRule="auto"/>
      </w:pPr>
      <w:r>
        <w:separator/>
      </w:r>
    </w:p>
  </w:footnote>
  <w:footnote w:type="continuationSeparator" w:id="0">
    <w:p w14:paraId="492FB8A1" w14:textId="77777777" w:rsidR="00F419C4" w:rsidRDefault="00F41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008245">
    <w:abstractNumId w:val="8"/>
  </w:num>
  <w:num w:numId="2" w16cid:durableId="1131093061">
    <w:abstractNumId w:val="6"/>
  </w:num>
  <w:num w:numId="3" w16cid:durableId="1250501114">
    <w:abstractNumId w:val="5"/>
  </w:num>
  <w:num w:numId="4" w16cid:durableId="1859151485">
    <w:abstractNumId w:val="4"/>
  </w:num>
  <w:num w:numId="5" w16cid:durableId="671251931">
    <w:abstractNumId w:val="7"/>
  </w:num>
  <w:num w:numId="6" w16cid:durableId="2139256312">
    <w:abstractNumId w:val="3"/>
  </w:num>
  <w:num w:numId="7" w16cid:durableId="2020346789">
    <w:abstractNumId w:val="2"/>
  </w:num>
  <w:num w:numId="8" w16cid:durableId="197744833">
    <w:abstractNumId w:val="1"/>
  </w:num>
  <w:num w:numId="9" w16cid:durableId="193169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728"/>
    <w:rsid w:val="0015074B"/>
    <w:rsid w:val="00262A61"/>
    <w:rsid w:val="0029639D"/>
    <w:rsid w:val="002D7A08"/>
    <w:rsid w:val="00326F90"/>
    <w:rsid w:val="0042243B"/>
    <w:rsid w:val="00556750"/>
    <w:rsid w:val="006B3A6E"/>
    <w:rsid w:val="007F01DD"/>
    <w:rsid w:val="009159AE"/>
    <w:rsid w:val="00975805"/>
    <w:rsid w:val="00A4769C"/>
    <w:rsid w:val="00AA08EF"/>
    <w:rsid w:val="00AA1D8D"/>
    <w:rsid w:val="00AC6F7D"/>
    <w:rsid w:val="00B47730"/>
    <w:rsid w:val="00C770A4"/>
    <w:rsid w:val="00CA7D07"/>
    <w:rsid w:val="00CB0664"/>
    <w:rsid w:val="00F41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3E23"/>
  <w14:defaultImageDpi w14:val="300"/>
  <w15:docId w15:val="{3AD80B74-B572-48E0-B8C9-41F9C93B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9758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omune.presicceacquarica.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5E92E9-835B-4B87-AF57-BCC97D3C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Presicce-Acquarica</dc:creator>
  <cp:keywords/>
  <dc:description>generated by python-docx</dc:description>
  <cp:lastModifiedBy>Francesca Zilli</cp:lastModifiedBy>
  <cp:revision>10</cp:revision>
  <dcterms:created xsi:type="dcterms:W3CDTF">2026-08-27T07:47:00Z</dcterms:created>
  <dcterms:modified xsi:type="dcterms:W3CDTF">2026-08-27T11:47:00Z</dcterms:modified>
  <cp:category/>
</cp:coreProperties>
</file>