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EBD79" w14:textId="77777777" w:rsidR="009D07D9" w:rsidRPr="007D2040" w:rsidRDefault="00C607C4" w:rsidP="007D204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D2040">
        <w:rPr>
          <w:rFonts w:ascii="Times New Roman" w:hAnsi="Times New Roman" w:cs="Times New Roman"/>
          <w:b/>
          <w:sz w:val="24"/>
          <w:szCs w:val="24"/>
          <w:lang w:val="it-IT"/>
        </w:rPr>
        <w:t>ALL. B – PREVENTIVO ECONOMICO</w:t>
      </w:r>
    </w:p>
    <w:p w14:paraId="36A4C282" w14:textId="77777777" w:rsidR="007D2040" w:rsidRPr="007D2040" w:rsidRDefault="007D2040" w:rsidP="007D2040">
      <w:p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1578F38" w14:textId="77777777" w:rsidR="009D07D9" w:rsidRPr="007D2040" w:rsidRDefault="00C607C4" w:rsidP="007D2040">
      <w:pPr>
        <w:spacing w:after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D2040">
        <w:rPr>
          <w:rFonts w:ascii="Times New Roman" w:hAnsi="Times New Roman" w:cs="Times New Roman"/>
          <w:b/>
          <w:sz w:val="24"/>
          <w:szCs w:val="24"/>
          <w:lang w:val="it-IT"/>
        </w:rPr>
        <w:t>OGGETTO: CONSULTAZIONE DEL MERCATO FINALIZZATA ALL’EVENTUALE AFFIDAMENTO DIRETTO, AI SENSI DELL’ART. 50, COMMA 1, LETT. B), DEL D.LGS. N. 36/2023, DEL SERVIZIO DI TRASPORTO SCOLASTICO – ANNO SCOLASTICO 2026/2027.</w:t>
      </w:r>
    </w:p>
    <w:p w14:paraId="571E1D07" w14:textId="77777777" w:rsidR="009D07D9" w:rsidRPr="007D2040" w:rsidRDefault="00C607C4" w:rsidP="007D204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D2040">
        <w:rPr>
          <w:rFonts w:ascii="Times New Roman" w:hAnsi="Times New Roman" w:cs="Times New Roman"/>
          <w:sz w:val="24"/>
          <w:szCs w:val="24"/>
          <w:lang w:val="it-IT"/>
        </w:rPr>
        <w:t xml:space="preserve">Il/La sottoscritto/a ________________________________________________, nato/a </w:t>
      </w:r>
      <w:proofErr w:type="spellStart"/>
      <w:r w:rsidRPr="007D2040">
        <w:rPr>
          <w:rFonts w:ascii="Times New Roman" w:hAnsi="Times New Roman" w:cs="Times New Roman"/>
          <w:sz w:val="24"/>
          <w:szCs w:val="24"/>
          <w:lang w:val="it-IT"/>
        </w:rPr>
        <w:t>a</w:t>
      </w:r>
      <w:proofErr w:type="spellEnd"/>
      <w:r w:rsidRPr="007D2040">
        <w:rPr>
          <w:rFonts w:ascii="Times New Roman" w:hAnsi="Times New Roman" w:cs="Times New Roman"/>
          <w:sz w:val="24"/>
          <w:szCs w:val="24"/>
          <w:lang w:val="it-IT"/>
        </w:rPr>
        <w:t xml:space="preserve"> ________________________________, Prov. ______, il __________________, in qualità di ____________________________________________,</w:t>
      </w:r>
    </w:p>
    <w:p w14:paraId="394C6C89" w14:textId="77777777" w:rsidR="009D07D9" w:rsidRPr="007D2040" w:rsidRDefault="00C607C4" w:rsidP="007D204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D2040">
        <w:rPr>
          <w:rFonts w:ascii="Times New Roman" w:hAnsi="Times New Roman" w:cs="Times New Roman"/>
          <w:sz w:val="24"/>
          <w:szCs w:val="24"/>
          <w:lang w:val="it-IT"/>
        </w:rPr>
        <w:t>dell’operatore economico denominato ______________________________________________________________________________________, con sede legale in ________________________________________________, via ________________________________________________, n. ______, CAP ____________, codice fiscale ________________________________, partita IVA ________________________________, PEC ________________________________________________,</w:t>
      </w:r>
    </w:p>
    <w:p w14:paraId="43EC9930" w14:textId="77777777" w:rsidR="009D07D9" w:rsidRPr="007D2040" w:rsidRDefault="00C607C4" w:rsidP="007D204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D2040">
        <w:rPr>
          <w:rFonts w:ascii="Times New Roman" w:hAnsi="Times New Roman" w:cs="Times New Roman"/>
          <w:b/>
          <w:sz w:val="24"/>
          <w:szCs w:val="24"/>
          <w:lang w:val="it-IT"/>
        </w:rPr>
        <w:t>PREMESSO</w:t>
      </w:r>
    </w:p>
    <w:p w14:paraId="66BDA2F9" w14:textId="77777777" w:rsidR="009D07D9" w:rsidRPr="007D2040" w:rsidRDefault="00C607C4" w:rsidP="007D204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D2040">
        <w:rPr>
          <w:rFonts w:ascii="Times New Roman" w:hAnsi="Times New Roman" w:cs="Times New Roman"/>
          <w:sz w:val="24"/>
          <w:szCs w:val="24"/>
          <w:lang w:val="it-IT"/>
        </w:rPr>
        <w:t>di aver preso visione dell’Avviso pubblico di consultazione del mercato e della Scheda delle prestazioni del servizio di trasporto scolastico per l’anno scolastico 2026/2027;</w:t>
      </w:r>
    </w:p>
    <w:p w14:paraId="142210D0" w14:textId="77777777" w:rsidR="009D07D9" w:rsidRPr="007D2040" w:rsidRDefault="00C607C4" w:rsidP="007D204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D2040">
        <w:rPr>
          <w:rFonts w:ascii="Times New Roman" w:hAnsi="Times New Roman" w:cs="Times New Roman"/>
          <w:sz w:val="24"/>
          <w:szCs w:val="24"/>
          <w:lang w:val="it-IT"/>
        </w:rPr>
        <w:t>di essere consapevole che il presente documento costituisce esclusivamente il preventivo economico richiesto nell’ambito della consultazione del mercato e non costituisce offerta nell’ambito di una procedura di gara;</w:t>
      </w:r>
    </w:p>
    <w:p w14:paraId="79EBB3AE" w14:textId="77777777" w:rsidR="009D07D9" w:rsidRPr="007D2040" w:rsidRDefault="00C607C4" w:rsidP="007D2040">
      <w:p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D2040">
        <w:rPr>
          <w:rFonts w:ascii="Times New Roman" w:hAnsi="Times New Roman" w:cs="Times New Roman"/>
          <w:b/>
          <w:sz w:val="24"/>
          <w:szCs w:val="24"/>
          <w:lang w:val="it-IT"/>
        </w:rPr>
        <w:t>FORMULA IL SEGUENTE PREVENTIVO ECONOMICO</w:t>
      </w:r>
    </w:p>
    <w:p w14:paraId="62591C49" w14:textId="77777777" w:rsidR="009D07D9" w:rsidRPr="007D2040" w:rsidRDefault="00C607C4" w:rsidP="007D2040">
      <w:p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D2040">
        <w:rPr>
          <w:rFonts w:ascii="Times New Roman" w:hAnsi="Times New Roman" w:cs="Times New Roman"/>
          <w:sz w:val="24"/>
          <w:szCs w:val="24"/>
          <w:lang w:val="it-IT"/>
        </w:rPr>
        <w:t>Per l’esecuzione dell’intero servizio di trasporto scolastico per l’anno scolastico 2026/2027, comprensivo di tutte le prestazioni previste dall’Avviso e dalla Scheda delle prestazioni:</w:t>
      </w:r>
    </w:p>
    <w:p w14:paraId="0F9F02F3" w14:textId="77777777" w:rsidR="009D07D9" w:rsidRPr="007D2040" w:rsidRDefault="00C607C4" w:rsidP="007D2040">
      <w:pPr>
        <w:spacing w:after="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D2040">
        <w:rPr>
          <w:rFonts w:ascii="Times New Roman" w:hAnsi="Times New Roman" w:cs="Times New Roman"/>
          <w:b/>
          <w:sz w:val="24"/>
          <w:szCs w:val="24"/>
          <w:lang w:val="it-IT"/>
        </w:rPr>
        <w:t>IMPORTO COMPLESSIVO DEL PREVENTIVO, AL NETTO DELL’IVA</w:t>
      </w:r>
    </w:p>
    <w:p w14:paraId="6240E35D" w14:textId="17C07E30" w:rsidR="009D07D9" w:rsidRPr="007D2040" w:rsidRDefault="00C607C4" w:rsidP="007D2040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D2040">
        <w:rPr>
          <w:rFonts w:ascii="Times New Roman" w:hAnsi="Times New Roman" w:cs="Times New Roman"/>
          <w:b/>
          <w:sz w:val="24"/>
          <w:szCs w:val="24"/>
        </w:rPr>
        <w:t>€ ________________________________________________</w:t>
      </w:r>
      <w:r w:rsidR="007D2040">
        <w:rPr>
          <w:rFonts w:ascii="Times New Roman" w:hAnsi="Times New Roman" w:cs="Times New Roman"/>
          <w:b/>
          <w:sz w:val="24"/>
          <w:szCs w:val="24"/>
        </w:rPr>
        <w:t>_______________________________</w:t>
      </w:r>
    </w:p>
    <w:p w14:paraId="6E5F64BD" w14:textId="77777777" w:rsidR="009D07D9" w:rsidRPr="007D2040" w:rsidRDefault="00C607C4" w:rsidP="007D2040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7D2040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7D2040">
        <w:rPr>
          <w:rFonts w:ascii="Times New Roman" w:hAnsi="Times New Roman" w:cs="Times New Roman"/>
          <w:sz w:val="24"/>
          <w:szCs w:val="24"/>
        </w:rPr>
        <w:t>lettere</w:t>
      </w:r>
      <w:proofErr w:type="spellEnd"/>
      <w:r w:rsidRPr="007D2040">
        <w:rPr>
          <w:rFonts w:ascii="Times New Roman" w:hAnsi="Times New Roman" w:cs="Times New Roman"/>
          <w:sz w:val="24"/>
          <w:szCs w:val="24"/>
        </w:rPr>
        <w:t>: euro ________________________________________________________________________________________________________________.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44"/>
        <w:gridCol w:w="3247"/>
        <w:gridCol w:w="3245"/>
      </w:tblGrid>
      <w:tr w:rsidR="009D07D9" w:rsidRPr="007D2040" w14:paraId="6DEDF12D" w14:textId="77777777">
        <w:trPr>
          <w:jc w:val="center"/>
        </w:trPr>
        <w:tc>
          <w:tcPr>
            <w:tcW w:w="3249" w:type="dxa"/>
          </w:tcPr>
          <w:p w14:paraId="5CA88D76" w14:textId="77777777" w:rsidR="009D07D9" w:rsidRPr="007D2040" w:rsidRDefault="00C607C4" w:rsidP="007D20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040">
              <w:rPr>
                <w:rFonts w:ascii="Times New Roman" w:hAnsi="Times New Roman" w:cs="Times New Roman"/>
                <w:b/>
                <w:sz w:val="24"/>
                <w:szCs w:val="24"/>
              </w:rPr>
              <w:t>VOCE</w:t>
            </w:r>
          </w:p>
        </w:tc>
        <w:tc>
          <w:tcPr>
            <w:tcW w:w="3249" w:type="dxa"/>
          </w:tcPr>
          <w:p w14:paraId="4947C9CC" w14:textId="77777777" w:rsidR="009D07D9" w:rsidRPr="007D2040" w:rsidRDefault="00C607C4" w:rsidP="007D20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040">
              <w:rPr>
                <w:rFonts w:ascii="Times New Roman" w:hAnsi="Times New Roman" w:cs="Times New Roman"/>
                <w:b/>
                <w:sz w:val="24"/>
                <w:szCs w:val="24"/>
              </w:rPr>
              <w:t>IMPORTO</w:t>
            </w:r>
          </w:p>
        </w:tc>
        <w:tc>
          <w:tcPr>
            <w:tcW w:w="3249" w:type="dxa"/>
          </w:tcPr>
          <w:p w14:paraId="62158075" w14:textId="77777777" w:rsidR="009D07D9" w:rsidRPr="007D2040" w:rsidRDefault="00C607C4" w:rsidP="007D20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040">
              <w:rPr>
                <w:rFonts w:ascii="Times New Roman" w:hAnsi="Times New Roman" w:cs="Times New Roman"/>
                <w:b/>
                <w:sz w:val="24"/>
                <w:szCs w:val="24"/>
              </w:rPr>
              <w:t>NOTE</w:t>
            </w:r>
          </w:p>
        </w:tc>
      </w:tr>
      <w:tr w:rsidR="009D07D9" w:rsidRPr="007D2040" w14:paraId="6D02139A" w14:textId="77777777">
        <w:trPr>
          <w:jc w:val="center"/>
        </w:trPr>
        <w:tc>
          <w:tcPr>
            <w:tcW w:w="3249" w:type="dxa"/>
            <w:vAlign w:val="center"/>
          </w:tcPr>
          <w:p w14:paraId="5C4A4208" w14:textId="77777777" w:rsidR="009D07D9" w:rsidRPr="007D2040" w:rsidRDefault="00C607C4" w:rsidP="007D20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D204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Servizio di trasporto scolastico A.S. 2026/2027</w:t>
            </w:r>
          </w:p>
        </w:tc>
        <w:tc>
          <w:tcPr>
            <w:tcW w:w="3249" w:type="dxa"/>
            <w:vAlign w:val="center"/>
          </w:tcPr>
          <w:p w14:paraId="27D42252" w14:textId="77777777" w:rsidR="009D07D9" w:rsidRPr="007D2040" w:rsidRDefault="00C607C4" w:rsidP="007D20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040">
              <w:rPr>
                <w:rFonts w:ascii="Times New Roman" w:hAnsi="Times New Roman" w:cs="Times New Roman"/>
                <w:sz w:val="24"/>
                <w:szCs w:val="24"/>
              </w:rPr>
              <w:t>€ __________________</w:t>
            </w:r>
          </w:p>
        </w:tc>
        <w:tc>
          <w:tcPr>
            <w:tcW w:w="3249" w:type="dxa"/>
            <w:vAlign w:val="center"/>
          </w:tcPr>
          <w:p w14:paraId="10356F78" w14:textId="77777777" w:rsidR="009D07D9" w:rsidRPr="007D2040" w:rsidRDefault="00C607C4" w:rsidP="007D20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D204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Importo complessivo al netto IVA</w:t>
            </w:r>
          </w:p>
        </w:tc>
      </w:tr>
      <w:tr w:rsidR="009D07D9" w:rsidRPr="007D2040" w14:paraId="781219BC" w14:textId="77777777">
        <w:trPr>
          <w:jc w:val="center"/>
        </w:trPr>
        <w:tc>
          <w:tcPr>
            <w:tcW w:w="3249" w:type="dxa"/>
            <w:vAlign w:val="center"/>
          </w:tcPr>
          <w:p w14:paraId="03B6DFF4" w14:textId="77777777" w:rsidR="009D07D9" w:rsidRPr="007D2040" w:rsidRDefault="00C607C4" w:rsidP="007D20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040">
              <w:rPr>
                <w:rFonts w:ascii="Times New Roman" w:hAnsi="Times New Roman" w:cs="Times New Roman"/>
                <w:sz w:val="24"/>
                <w:szCs w:val="24"/>
              </w:rPr>
              <w:t xml:space="preserve">Costi della </w:t>
            </w:r>
            <w:proofErr w:type="spellStart"/>
            <w:r w:rsidRPr="007D2040">
              <w:rPr>
                <w:rFonts w:ascii="Times New Roman" w:hAnsi="Times New Roman" w:cs="Times New Roman"/>
                <w:sz w:val="24"/>
                <w:szCs w:val="24"/>
              </w:rPr>
              <w:t>manodopera</w:t>
            </w:r>
            <w:proofErr w:type="spellEnd"/>
          </w:p>
        </w:tc>
        <w:tc>
          <w:tcPr>
            <w:tcW w:w="3249" w:type="dxa"/>
            <w:vAlign w:val="center"/>
          </w:tcPr>
          <w:p w14:paraId="19BA416D" w14:textId="77777777" w:rsidR="009D07D9" w:rsidRPr="007D2040" w:rsidRDefault="00C607C4" w:rsidP="007D20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040">
              <w:rPr>
                <w:rFonts w:ascii="Times New Roman" w:hAnsi="Times New Roman" w:cs="Times New Roman"/>
                <w:sz w:val="24"/>
                <w:szCs w:val="24"/>
              </w:rPr>
              <w:t>€ __________________</w:t>
            </w:r>
          </w:p>
        </w:tc>
        <w:tc>
          <w:tcPr>
            <w:tcW w:w="3249" w:type="dxa"/>
            <w:vAlign w:val="center"/>
          </w:tcPr>
          <w:p w14:paraId="196CA567" w14:textId="77777777" w:rsidR="009D07D9" w:rsidRPr="007D2040" w:rsidRDefault="00C607C4" w:rsidP="007D20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D204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Indicare i costi della manodopera considerati dall’operatore</w:t>
            </w:r>
          </w:p>
        </w:tc>
      </w:tr>
      <w:tr w:rsidR="009D07D9" w:rsidRPr="007D2040" w14:paraId="59394E6F" w14:textId="77777777">
        <w:trPr>
          <w:jc w:val="center"/>
        </w:trPr>
        <w:tc>
          <w:tcPr>
            <w:tcW w:w="3249" w:type="dxa"/>
            <w:vAlign w:val="center"/>
          </w:tcPr>
          <w:p w14:paraId="69723FC6" w14:textId="77777777" w:rsidR="009D07D9" w:rsidRPr="007D2040" w:rsidRDefault="00C607C4" w:rsidP="007D20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D204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Oneri aziendali per la sicurezza</w:t>
            </w:r>
          </w:p>
        </w:tc>
        <w:tc>
          <w:tcPr>
            <w:tcW w:w="3249" w:type="dxa"/>
            <w:vAlign w:val="center"/>
          </w:tcPr>
          <w:p w14:paraId="5F058025" w14:textId="77777777" w:rsidR="009D07D9" w:rsidRPr="007D2040" w:rsidRDefault="00C607C4" w:rsidP="007D20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040">
              <w:rPr>
                <w:rFonts w:ascii="Times New Roman" w:hAnsi="Times New Roman" w:cs="Times New Roman"/>
                <w:sz w:val="24"/>
                <w:szCs w:val="24"/>
              </w:rPr>
              <w:t>€ __________________</w:t>
            </w:r>
          </w:p>
        </w:tc>
        <w:tc>
          <w:tcPr>
            <w:tcW w:w="3249" w:type="dxa"/>
            <w:vAlign w:val="center"/>
          </w:tcPr>
          <w:p w14:paraId="7111F6E3" w14:textId="77777777" w:rsidR="009D07D9" w:rsidRPr="007D2040" w:rsidRDefault="00C607C4" w:rsidP="007D20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D204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Indicare gli oneri aziendali concernenti la sicurezza</w:t>
            </w:r>
          </w:p>
        </w:tc>
      </w:tr>
    </w:tbl>
    <w:p w14:paraId="2A76242A" w14:textId="77777777" w:rsidR="007D2040" w:rsidRDefault="007D2040" w:rsidP="007D2040">
      <w:p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682EECA" w14:textId="4EB5AB36" w:rsidR="005C02F8" w:rsidRPr="007D2040" w:rsidRDefault="005C02F8" w:rsidP="007D2040">
      <w:p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D2040">
        <w:rPr>
          <w:rFonts w:ascii="Times New Roman" w:hAnsi="Times New Roman" w:cs="Times New Roman"/>
          <w:sz w:val="24"/>
          <w:szCs w:val="24"/>
          <w:lang w:val="it-IT"/>
        </w:rPr>
        <w:t>CCNL applicato al personale ______________________________________________________.</w:t>
      </w:r>
    </w:p>
    <w:p w14:paraId="680F7586" w14:textId="77777777" w:rsidR="009D07D9" w:rsidRPr="007D2040" w:rsidRDefault="00C607C4" w:rsidP="007D2040">
      <w:pPr>
        <w:spacing w:after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D2040">
        <w:rPr>
          <w:rFonts w:ascii="Times New Roman" w:hAnsi="Times New Roman" w:cs="Times New Roman"/>
          <w:sz w:val="24"/>
          <w:szCs w:val="24"/>
          <w:lang w:val="it-IT"/>
        </w:rPr>
        <w:t>Il preventivo comprende tutti gli oneri e tutte le prestazioni necessarie per la regolare, continua e sicura esecuzione del servizio, secondo quanto previsto dall’Avviso e dalla Scheda delle prestazioni.</w:t>
      </w:r>
    </w:p>
    <w:p w14:paraId="341C9416" w14:textId="77777777" w:rsidR="009D07D9" w:rsidRPr="007D2040" w:rsidRDefault="00C607C4" w:rsidP="007D204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D2040">
        <w:rPr>
          <w:rFonts w:ascii="Times New Roman" w:hAnsi="Times New Roman" w:cs="Times New Roman"/>
          <w:sz w:val="24"/>
          <w:szCs w:val="24"/>
          <w:lang w:val="it-IT"/>
        </w:rPr>
        <w:lastRenderedPageBreak/>
        <w:t>L’importo indicato è riferito all’intero anno scolastico 2026/2027.</w:t>
      </w:r>
    </w:p>
    <w:p w14:paraId="4769D3E1" w14:textId="77777777" w:rsidR="009D07D9" w:rsidRPr="007D2040" w:rsidRDefault="00C607C4" w:rsidP="007D2040">
      <w:pPr>
        <w:spacing w:after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D2040">
        <w:rPr>
          <w:rFonts w:ascii="Times New Roman" w:hAnsi="Times New Roman" w:cs="Times New Roman"/>
          <w:sz w:val="24"/>
          <w:szCs w:val="24"/>
          <w:lang w:val="it-IT"/>
        </w:rPr>
        <w:t>Il sottoscritto dichiara che il preventivo è formulato nel rispetto della normativa vigente in materia di costo del lavoro, sicurezza e trattamento economico e normativo del personale.</w:t>
      </w:r>
    </w:p>
    <w:p w14:paraId="314FA2FC" w14:textId="77777777" w:rsidR="007D2040" w:rsidRDefault="007D2040" w:rsidP="007D2040">
      <w:pPr>
        <w:spacing w:after="24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1F227F2" w14:textId="1156282B" w:rsidR="009D07D9" w:rsidRPr="007D2040" w:rsidRDefault="00C607C4" w:rsidP="007D2040">
      <w:pPr>
        <w:spacing w:after="2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D2040">
        <w:rPr>
          <w:rFonts w:ascii="Times New Roman" w:hAnsi="Times New Roman" w:cs="Times New Roman"/>
          <w:sz w:val="24"/>
          <w:szCs w:val="24"/>
          <w:lang w:val="it-IT"/>
        </w:rPr>
        <w:t>Luogo e data: ________________________________________________</w:t>
      </w:r>
    </w:p>
    <w:p w14:paraId="5BB41343" w14:textId="77777777" w:rsidR="007D2040" w:rsidRDefault="007D2040" w:rsidP="007D2040">
      <w:pPr>
        <w:spacing w:after="40"/>
        <w:jc w:val="right"/>
        <w:rPr>
          <w:rFonts w:ascii="Times New Roman" w:hAnsi="Times New Roman" w:cs="Times New Roman"/>
          <w:b/>
          <w:sz w:val="22"/>
          <w:lang w:val="it-IT"/>
        </w:rPr>
      </w:pPr>
    </w:p>
    <w:p w14:paraId="79D41C4A" w14:textId="77777777" w:rsidR="007D2040" w:rsidRDefault="007D2040" w:rsidP="007D2040">
      <w:pPr>
        <w:spacing w:after="40"/>
        <w:jc w:val="right"/>
        <w:rPr>
          <w:rFonts w:ascii="Times New Roman" w:hAnsi="Times New Roman" w:cs="Times New Roman"/>
          <w:b/>
          <w:sz w:val="22"/>
          <w:lang w:val="it-IT"/>
        </w:rPr>
      </w:pPr>
    </w:p>
    <w:p w14:paraId="01F33427" w14:textId="2653D9B8" w:rsidR="009D07D9" w:rsidRPr="007D2040" w:rsidRDefault="00C607C4" w:rsidP="007D2040">
      <w:pPr>
        <w:spacing w:after="40"/>
        <w:jc w:val="right"/>
        <w:rPr>
          <w:rFonts w:ascii="Times New Roman" w:hAnsi="Times New Roman" w:cs="Times New Roman"/>
          <w:sz w:val="22"/>
          <w:lang w:val="it-IT"/>
        </w:rPr>
      </w:pPr>
      <w:r w:rsidRPr="007D2040">
        <w:rPr>
          <w:rFonts w:ascii="Times New Roman" w:hAnsi="Times New Roman" w:cs="Times New Roman"/>
          <w:b/>
          <w:sz w:val="22"/>
          <w:lang w:val="it-IT"/>
        </w:rPr>
        <w:t>IL LEGALE RAPPRESENTANTE / PROCURATORE</w:t>
      </w:r>
    </w:p>
    <w:p w14:paraId="6A246959" w14:textId="77777777" w:rsidR="009D07D9" w:rsidRPr="007D2040" w:rsidRDefault="00C607C4" w:rsidP="007D2040">
      <w:pPr>
        <w:spacing w:after="160"/>
        <w:jc w:val="right"/>
        <w:rPr>
          <w:rFonts w:ascii="Times New Roman" w:hAnsi="Times New Roman" w:cs="Times New Roman"/>
          <w:sz w:val="22"/>
          <w:lang w:val="it-IT"/>
        </w:rPr>
      </w:pPr>
      <w:r w:rsidRPr="007D2040">
        <w:rPr>
          <w:rFonts w:ascii="Times New Roman" w:hAnsi="Times New Roman" w:cs="Times New Roman"/>
          <w:sz w:val="22"/>
          <w:lang w:val="it-IT"/>
        </w:rPr>
        <w:t>(firma digitale)</w:t>
      </w:r>
    </w:p>
    <w:p w14:paraId="11EA697B" w14:textId="77777777" w:rsidR="009D07D9" w:rsidRPr="007D2040" w:rsidRDefault="00C607C4" w:rsidP="007D2040">
      <w:pPr>
        <w:jc w:val="right"/>
        <w:rPr>
          <w:rFonts w:ascii="Times New Roman" w:hAnsi="Times New Roman" w:cs="Times New Roman"/>
          <w:szCs w:val="20"/>
          <w:lang w:val="it-IT"/>
        </w:rPr>
      </w:pPr>
      <w:r w:rsidRPr="007D2040">
        <w:rPr>
          <w:rFonts w:ascii="Times New Roman" w:hAnsi="Times New Roman" w:cs="Times New Roman"/>
          <w:szCs w:val="20"/>
          <w:lang w:val="it-IT"/>
        </w:rPr>
        <w:t xml:space="preserve">Documento informatico sottoscritto digitalmente ai sensi del D.P.R. 445/2000 e del </w:t>
      </w:r>
      <w:proofErr w:type="spellStart"/>
      <w:r w:rsidRPr="007D2040">
        <w:rPr>
          <w:rFonts w:ascii="Times New Roman" w:hAnsi="Times New Roman" w:cs="Times New Roman"/>
          <w:szCs w:val="20"/>
          <w:lang w:val="it-IT"/>
        </w:rPr>
        <w:t>D.Lgs.</w:t>
      </w:r>
      <w:proofErr w:type="spellEnd"/>
      <w:r w:rsidRPr="007D2040">
        <w:rPr>
          <w:rFonts w:ascii="Times New Roman" w:hAnsi="Times New Roman" w:cs="Times New Roman"/>
          <w:szCs w:val="20"/>
          <w:lang w:val="it-IT"/>
        </w:rPr>
        <w:t xml:space="preserve"> 82/2005 e </w:t>
      </w:r>
      <w:proofErr w:type="spellStart"/>
      <w:r w:rsidRPr="007D2040">
        <w:rPr>
          <w:rFonts w:ascii="Times New Roman" w:hAnsi="Times New Roman" w:cs="Times New Roman"/>
          <w:szCs w:val="20"/>
          <w:lang w:val="it-IT"/>
        </w:rPr>
        <w:t>s.m.i.</w:t>
      </w:r>
      <w:proofErr w:type="spellEnd"/>
    </w:p>
    <w:sectPr w:rsidR="009D07D9" w:rsidRPr="007D2040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57350" w14:textId="77777777" w:rsidR="00977E87" w:rsidRDefault="00977E87">
      <w:pPr>
        <w:spacing w:after="0" w:line="240" w:lineRule="auto"/>
      </w:pPr>
      <w:r>
        <w:separator/>
      </w:r>
    </w:p>
  </w:endnote>
  <w:endnote w:type="continuationSeparator" w:id="0">
    <w:p w14:paraId="7C993E98" w14:textId="77777777" w:rsidR="00977E87" w:rsidRDefault="00977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A0E60" w14:textId="77777777" w:rsidR="00977E87" w:rsidRDefault="00977E87">
      <w:pPr>
        <w:spacing w:after="0" w:line="240" w:lineRule="auto"/>
      </w:pPr>
      <w:r>
        <w:separator/>
      </w:r>
    </w:p>
  </w:footnote>
  <w:footnote w:type="continuationSeparator" w:id="0">
    <w:p w14:paraId="7D62F26C" w14:textId="77777777" w:rsidR="00977E87" w:rsidRDefault="00977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9846082">
    <w:abstractNumId w:val="8"/>
  </w:num>
  <w:num w:numId="2" w16cid:durableId="725683719">
    <w:abstractNumId w:val="6"/>
  </w:num>
  <w:num w:numId="3" w16cid:durableId="2034500526">
    <w:abstractNumId w:val="5"/>
  </w:num>
  <w:num w:numId="4" w16cid:durableId="162206789">
    <w:abstractNumId w:val="4"/>
  </w:num>
  <w:num w:numId="5" w16cid:durableId="1926916994">
    <w:abstractNumId w:val="7"/>
  </w:num>
  <w:num w:numId="6" w16cid:durableId="1136413756">
    <w:abstractNumId w:val="3"/>
  </w:num>
  <w:num w:numId="7" w16cid:durableId="865680289">
    <w:abstractNumId w:val="2"/>
  </w:num>
  <w:num w:numId="8" w16cid:durableId="1870684962">
    <w:abstractNumId w:val="1"/>
  </w:num>
  <w:num w:numId="9" w16cid:durableId="819348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1728"/>
    <w:rsid w:val="0015074B"/>
    <w:rsid w:val="0029639D"/>
    <w:rsid w:val="00326F90"/>
    <w:rsid w:val="005C02F8"/>
    <w:rsid w:val="006D5DDA"/>
    <w:rsid w:val="007D2040"/>
    <w:rsid w:val="00977E87"/>
    <w:rsid w:val="009D07D9"/>
    <w:rsid w:val="00AA1D8D"/>
    <w:rsid w:val="00B47730"/>
    <w:rsid w:val="00C607C4"/>
    <w:rsid w:val="00CB0664"/>
    <w:rsid w:val="00DB2996"/>
    <w:rsid w:val="00FA355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F5977"/>
  <w14:defaultImageDpi w14:val="300"/>
  <w15:docId w15:val="{849C577B-D38F-4DDD-B991-20839149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52" w:lineRule="auto"/>
    </w:pPr>
    <w:rPr>
      <w:rFonts w:ascii="Arial" w:hAnsi="Arial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3C7520-6C99-4AA8-813E-E3D8FDD1B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Francesca Zilli</cp:lastModifiedBy>
  <cp:revision>3</cp:revision>
  <dcterms:created xsi:type="dcterms:W3CDTF">2026-08-27T07:48:00Z</dcterms:created>
  <dcterms:modified xsi:type="dcterms:W3CDTF">2026-08-27T11:13:00Z</dcterms:modified>
  <cp:category/>
</cp:coreProperties>
</file>