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D6E0A" w14:textId="77777777" w:rsidR="008A4C9A" w:rsidRPr="00A46301" w:rsidRDefault="008A4C9A" w:rsidP="007E45B3">
      <w:pPr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BBD8A3D" w14:textId="77777777" w:rsidR="00227BAE" w:rsidRDefault="00A46301" w:rsidP="00A46301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it-IT" w:eastAsia="it-IT"/>
        </w:rPr>
      </w:pPr>
      <w:r w:rsidRPr="00A4630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it-IT" w:eastAsia="it-IT"/>
        </w:rPr>
        <w:t>MODULO DI DOMANDA DI ISCRIZIONE AL</w:t>
      </w:r>
      <w:r w:rsidR="00227BA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it-IT" w:eastAsia="it-IT"/>
        </w:rPr>
        <w:t xml:space="preserve"> SERVIZIO DI </w:t>
      </w:r>
    </w:p>
    <w:p w14:paraId="03F4E656" w14:textId="5A7E5631" w:rsidR="008A4C9A" w:rsidRPr="00A46301" w:rsidRDefault="00A46301" w:rsidP="00A46301">
      <w:pPr>
        <w:spacing w:after="100" w:afterAutospacing="1" w:line="240" w:lineRule="auto"/>
        <w:jc w:val="center"/>
        <w:outlineLvl w:val="0"/>
        <w:rPr>
          <w:rFonts w:ascii="Times New Roman" w:hAnsi="Times New Roman" w:cs="Times New Roman"/>
          <w:i/>
          <w:iCs/>
          <w:sz w:val="24"/>
          <w:szCs w:val="24"/>
          <w:lang w:val="it-IT"/>
        </w:rPr>
      </w:pPr>
      <w:r w:rsidRPr="00A4630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it-IT" w:eastAsia="it-IT"/>
        </w:rPr>
        <w:t>ASILO NIDO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it-IT" w:eastAsia="it-IT"/>
        </w:rPr>
        <w:t xml:space="preserve"> </w:t>
      </w:r>
      <w:r w:rsidR="00EA4E9A" w:rsidRPr="00A46301">
        <w:rPr>
          <w:rFonts w:ascii="Times New Roman" w:hAnsi="Times New Roman" w:cs="Times New Roman"/>
          <w:b/>
          <w:sz w:val="24"/>
          <w:szCs w:val="24"/>
          <w:lang w:val="it-IT"/>
        </w:rPr>
        <w:t>COMUNALE</w:t>
      </w:r>
    </w:p>
    <w:p w14:paraId="5CBA0722" w14:textId="77777777" w:rsidR="00A46301" w:rsidRPr="00227BAE" w:rsidRDefault="00A46301" w:rsidP="00A46301">
      <w:pPr>
        <w:spacing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val="it-IT" w:eastAsia="it-IT"/>
        </w:rPr>
      </w:pPr>
      <w:r w:rsidRPr="00227B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val="it-IT" w:eastAsia="it-IT"/>
        </w:rPr>
        <w:t>ANNO EDUCATIVO 2026/2027</w:t>
      </w:r>
    </w:p>
    <w:p w14:paraId="3033319C" w14:textId="77777777" w:rsidR="00A46301" w:rsidRPr="00A46301" w:rsidRDefault="00A46301" w:rsidP="007E45B3">
      <w:pPr>
        <w:spacing w:after="8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6ECFDDC1" w14:textId="7899206E" w:rsidR="00A46301" w:rsidRPr="00A46301" w:rsidRDefault="00A46301" w:rsidP="00A46301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Al Comune di Presicce-Acquarica</w:t>
      </w:r>
    </w:p>
    <w:p w14:paraId="377B1A31" w14:textId="77777777" w:rsidR="00A46301" w:rsidRPr="00A46301" w:rsidRDefault="00A46301" w:rsidP="00A463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A46301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Servizi Sociali e Pubblica Istruzione</w:t>
      </w:r>
    </w:p>
    <w:p w14:paraId="08A8A4FE" w14:textId="7A252CFB" w:rsidR="00A46301" w:rsidRDefault="00A46301" w:rsidP="00A463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 w:rsidRPr="00A4630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PEC: </w:t>
      </w:r>
      <w:hyperlink r:id="rId8" w:history="1">
        <w:r w:rsidRPr="00A201EB">
          <w:rPr>
            <w:rStyle w:val="Collegamentoipertestuale"/>
            <w:rFonts w:ascii="Times New Roman" w:eastAsia="Times New Roman" w:hAnsi="Times New Roman" w:cs="Times New Roman"/>
            <w:b/>
            <w:bCs/>
            <w:sz w:val="24"/>
            <w:szCs w:val="24"/>
            <w:lang w:val="it-IT" w:eastAsia="it-IT"/>
          </w:rPr>
          <w:t>protocollo@cert.comune.presicceacquarica.le.it</w:t>
        </w:r>
      </w:hyperlink>
    </w:p>
    <w:p w14:paraId="7BCD6F4B" w14:textId="77777777" w:rsidR="00A46301" w:rsidRPr="00227BAE" w:rsidRDefault="00A46301" w:rsidP="00463EDC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561FFC63" w14:textId="1B37BBEA" w:rsidR="00A46301" w:rsidRPr="00227BAE" w:rsidRDefault="00227BAE" w:rsidP="00227BA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227BAE">
        <w:rPr>
          <w:rFonts w:ascii="Times New Roman" w:hAnsi="Times New Roman" w:cs="Times New Roman"/>
          <w:sz w:val="24"/>
          <w:szCs w:val="24"/>
        </w:rPr>
        <w:t xml:space="preserve">Il/La </w:t>
      </w:r>
      <w:proofErr w:type="spellStart"/>
      <w:r w:rsidRPr="00227BAE">
        <w:rPr>
          <w:rFonts w:ascii="Times New Roman" w:hAnsi="Times New Roman" w:cs="Times New Roman"/>
          <w:sz w:val="24"/>
          <w:szCs w:val="24"/>
        </w:rPr>
        <w:t>sottoscritto</w:t>
      </w:r>
      <w:proofErr w:type="spellEnd"/>
      <w:r w:rsidRPr="00227BAE">
        <w:rPr>
          <w:rFonts w:ascii="Times New Roman" w:hAnsi="Times New Roman" w:cs="Times New Roman"/>
          <w:sz w:val="24"/>
          <w:szCs w:val="24"/>
        </w:rPr>
        <w:t xml:space="preserve">/a____________________ </w:t>
      </w:r>
      <w:proofErr w:type="spellStart"/>
      <w:r w:rsidRPr="00227BAE">
        <w:rPr>
          <w:rFonts w:ascii="Times New Roman" w:hAnsi="Times New Roman" w:cs="Times New Roman"/>
          <w:sz w:val="24"/>
          <w:szCs w:val="24"/>
        </w:rPr>
        <w:t>nato</w:t>
      </w:r>
      <w:proofErr w:type="spellEnd"/>
      <w:r w:rsidRPr="00227BAE">
        <w:rPr>
          <w:rFonts w:ascii="Times New Roman" w:hAnsi="Times New Roman" w:cs="Times New Roman"/>
          <w:sz w:val="24"/>
          <w:szCs w:val="24"/>
        </w:rPr>
        <w:t xml:space="preserve">/a a _______________ il ___________ e </w:t>
      </w:r>
      <w:proofErr w:type="spellStart"/>
      <w:r w:rsidRPr="00227BAE">
        <w:rPr>
          <w:rFonts w:ascii="Times New Roman" w:hAnsi="Times New Roman" w:cs="Times New Roman"/>
          <w:sz w:val="24"/>
          <w:szCs w:val="24"/>
        </w:rPr>
        <w:t>residente</w:t>
      </w:r>
      <w:proofErr w:type="spellEnd"/>
      <w:r w:rsidRPr="00227BAE">
        <w:rPr>
          <w:rFonts w:ascii="Times New Roman" w:hAnsi="Times New Roman" w:cs="Times New Roman"/>
          <w:sz w:val="24"/>
          <w:szCs w:val="24"/>
        </w:rPr>
        <w:t xml:space="preserve"> in via/piazza __________________________ n.____ </w:t>
      </w:r>
      <w:proofErr w:type="spellStart"/>
      <w:r w:rsidRPr="00227BAE">
        <w:rPr>
          <w:rFonts w:ascii="Times New Roman" w:hAnsi="Times New Roman" w:cs="Times New Roman"/>
          <w:sz w:val="24"/>
          <w:szCs w:val="24"/>
        </w:rPr>
        <w:t>codice</w:t>
      </w:r>
      <w:proofErr w:type="spellEnd"/>
      <w:r w:rsidRPr="00227B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7BAE">
        <w:rPr>
          <w:rFonts w:ascii="Times New Roman" w:hAnsi="Times New Roman" w:cs="Times New Roman"/>
          <w:sz w:val="24"/>
          <w:szCs w:val="24"/>
        </w:rPr>
        <w:t>fiscale</w:t>
      </w:r>
      <w:proofErr w:type="spellEnd"/>
      <w:r w:rsidRPr="00227BAE">
        <w:rPr>
          <w:rFonts w:ascii="Times New Roman" w:hAnsi="Times New Roman" w:cs="Times New Roman"/>
          <w:sz w:val="24"/>
          <w:szCs w:val="24"/>
        </w:rPr>
        <w:t xml:space="preserve"> _________________________________ in </w:t>
      </w:r>
      <w:proofErr w:type="spellStart"/>
      <w:r w:rsidRPr="00227BAE">
        <w:rPr>
          <w:rFonts w:ascii="Times New Roman" w:hAnsi="Times New Roman" w:cs="Times New Roman"/>
          <w:sz w:val="24"/>
          <w:szCs w:val="24"/>
        </w:rPr>
        <w:t>qualità</w:t>
      </w:r>
      <w:proofErr w:type="spellEnd"/>
      <w:r w:rsidR="00A46301" w:rsidRPr="00227BAE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:</w:t>
      </w:r>
    </w:p>
    <w:p w14:paraId="24223716" w14:textId="4D1FF39C" w:rsidR="00A46301" w:rsidRPr="00227BAE" w:rsidRDefault="00A46301" w:rsidP="00A46301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227BAE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[ ] Genitore</w:t>
      </w:r>
      <w:r w:rsidR="00463ED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(padre/madre)</w:t>
      </w:r>
    </w:p>
    <w:p w14:paraId="05904C47" w14:textId="17F2F5E1" w:rsidR="00227BAE" w:rsidRDefault="00A46301" w:rsidP="00227BAE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227BAE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[ ] Esercente la responsabilità genitoriale / tutore legale</w:t>
      </w:r>
      <w:r w:rsidR="006311D8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/affidatario, </w:t>
      </w:r>
      <w:proofErr w:type="spellStart"/>
      <w:r w:rsidR="006311D8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ecc</w:t>
      </w:r>
      <w:proofErr w:type="spellEnd"/>
      <w:r w:rsidR="006311D8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….</w:t>
      </w:r>
      <w:r w:rsidR="00227BAE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</w:p>
    <w:p w14:paraId="7C3A8880" w14:textId="218EFD18" w:rsidR="00A46301" w:rsidRPr="00463EDC" w:rsidRDefault="00A46301" w:rsidP="00463E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463ED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Telefono / Cellulare: _________________________________________</w:t>
      </w:r>
    </w:p>
    <w:p w14:paraId="6C9399D9" w14:textId="61DCDD2B" w:rsidR="00A46301" w:rsidRPr="00463EDC" w:rsidRDefault="00A46301" w:rsidP="00463E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463ED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E-mail </w:t>
      </w:r>
      <w:r w:rsidRPr="00463EDC">
        <w:rPr>
          <w:rFonts w:ascii="Times New Roman" w:hAnsi="Times New Roman" w:cs="Times New Roman"/>
          <w:sz w:val="24"/>
          <w:szCs w:val="24"/>
        </w:rPr>
        <w:t>PEC</w:t>
      </w:r>
      <w:r w:rsidRPr="00463ED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: ________________________________________________</w:t>
      </w:r>
    </w:p>
    <w:p w14:paraId="2E4BCB9C" w14:textId="09297F96" w:rsidR="006311D8" w:rsidRPr="00463EDC" w:rsidRDefault="00A46301" w:rsidP="00463E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463ED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E-mail ordinaria: ____________________________________________</w:t>
      </w:r>
    </w:p>
    <w:p w14:paraId="1A9B1917" w14:textId="77777777" w:rsidR="00463EDC" w:rsidRDefault="00463EDC" w:rsidP="00463ED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</w:p>
    <w:p w14:paraId="6F7D16CE" w14:textId="711DADA2" w:rsidR="006311D8" w:rsidRPr="006311D8" w:rsidRDefault="006311D8" w:rsidP="00463ED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 w:rsidRPr="006311D8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CHIEDE</w:t>
      </w:r>
    </w:p>
    <w:p w14:paraId="19D61475" w14:textId="3893B487" w:rsidR="00C20BB2" w:rsidRPr="00463EDC" w:rsidRDefault="006311D8" w:rsidP="00463EDC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6311D8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l’iscrizione al Servizio di </w:t>
      </w:r>
      <w:r w:rsidR="00C20BB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Asilo nido comunale</w:t>
      </w:r>
      <w:r w:rsidRPr="006311D8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per </w:t>
      </w:r>
      <w:r w:rsidR="00C20BB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l’anno educativo </w:t>
      </w:r>
      <w:r w:rsidRPr="006311D8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202</w:t>
      </w:r>
      <w:r w:rsidR="00C20BB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6</w:t>
      </w:r>
      <w:r w:rsidRPr="006311D8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/202</w:t>
      </w:r>
      <w:r w:rsidR="00C20BB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7</w:t>
      </w:r>
      <w:r w:rsidRPr="006311D8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, del/della proprio/a figlio/a  nome ___________________________________</w:t>
      </w:r>
      <w:r w:rsidR="00C20BB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softHyphen/>
      </w:r>
      <w:r w:rsidR="00C20BB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softHyphen/>
      </w:r>
      <w:r w:rsidR="00C20BB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softHyphen/>
      </w:r>
      <w:r w:rsidR="00C20BB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softHyphen/>
      </w:r>
      <w:r w:rsidR="00C20BB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softHyphen/>
      </w:r>
      <w:r w:rsidR="00C20BB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softHyphen/>
      </w:r>
      <w:r w:rsidR="00C20BB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softHyphen/>
      </w:r>
      <w:r w:rsidR="00C20BB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softHyphen/>
      </w:r>
      <w:r w:rsidR="00C20BB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softHyphen/>
      </w:r>
      <w:r w:rsidR="00C20BB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softHyphen/>
      </w:r>
      <w:r w:rsidR="00C20BB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softHyphen/>
      </w:r>
      <w:r w:rsidR="00C20BB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softHyphen/>
      </w:r>
      <w:r w:rsidR="00C20BB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softHyphen/>
      </w:r>
      <w:r w:rsidR="00C20BB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softHyphen/>
      </w:r>
      <w:r w:rsidR="00C20BB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softHyphen/>
      </w:r>
      <w:r w:rsidR="00C20BB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softHyphen/>
      </w:r>
      <w:r w:rsidR="00C20BB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softHyphen/>
      </w:r>
      <w:r w:rsidR="00C20BB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softHyphen/>
      </w:r>
      <w:r w:rsidR="00C20BB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softHyphen/>
      </w:r>
      <w:r w:rsidR="00C20BB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softHyphen/>
      </w:r>
      <w:r w:rsidR="00C20BB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softHyphen/>
      </w:r>
      <w:r w:rsidR="00C20BB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softHyphen/>
      </w:r>
      <w:r w:rsidR="00C20BB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softHyphen/>
      </w:r>
      <w:r w:rsidR="00C20BB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softHyphen/>
      </w:r>
      <w:r w:rsidR="00C20BB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softHyphen/>
        <w:t>______________________</w:t>
      </w:r>
      <w:r w:rsidRPr="006311D8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cognome______________________________ nato/a </w:t>
      </w:r>
      <w:proofErr w:type="spellStart"/>
      <w:r w:rsidRPr="006311D8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</w:t>
      </w:r>
      <w:proofErr w:type="spellEnd"/>
      <w:r w:rsidRPr="006311D8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_________________________________ (</w:t>
      </w:r>
      <w:proofErr w:type="spellStart"/>
      <w:r w:rsidRPr="006311D8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prov</w:t>
      </w:r>
      <w:proofErr w:type="spellEnd"/>
      <w:r w:rsidRPr="006311D8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_____) il ___________________________ </w:t>
      </w:r>
      <w:r w:rsidR="00C20BB2" w:rsidRPr="00227BAE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="00C20BB2" w:rsidRPr="00227BAE">
        <w:rPr>
          <w:rFonts w:ascii="Times New Roman" w:hAnsi="Times New Roman" w:cs="Times New Roman"/>
          <w:sz w:val="24"/>
          <w:szCs w:val="24"/>
        </w:rPr>
        <w:t>residente</w:t>
      </w:r>
      <w:proofErr w:type="spellEnd"/>
      <w:r w:rsidR="00C20BB2" w:rsidRPr="00227BAE">
        <w:rPr>
          <w:rFonts w:ascii="Times New Roman" w:hAnsi="Times New Roman" w:cs="Times New Roman"/>
          <w:sz w:val="24"/>
          <w:szCs w:val="24"/>
        </w:rPr>
        <w:t xml:space="preserve"> in via/piazza ________________</w:t>
      </w:r>
      <w:r w:rsidR="00C20BB2">
        <w:rPr>
          <w:rFonts w:ascii="Times New Roman" w:hAnsi="Times New Roman" w:cs="Times New Roman"/>
          <w:sz w:val="24"/>
          <w:szCs w:val="24"/>
        </w:rPr>
        <w:t>__</w:t>
      </w:r>
      <w:r w:rsidR="00C20BB2" w:rsidRPr="00227BAE">
        <w:rPr>
          <w:rFonts w:ascii="Times New Roman" w:hAnsi="Times New Roman" w:cs="Times New Roman"/>
          <w:sz w:val="24"/>
          <w:szCs w:val="24"/>
        </w:rPr>
        <w:t xml:space="preserve"> n.____ </w:t>
      </w:r>
      <w:proofErr w:type="spellStart"/>
      <w:r w:rsidR="00C20BB2" w:rsidRPr="00227BAE">
        <w:rPr>
          <w:rFonts w:ascii="Times New Roman" w:hAnsi="Times New Roman" w:cs="Times New Roman"/>
          <w:sz w:val="24"/>
          <w:szCs w:val="24"/>
        </w:rPr>
        <w:t>codice</w:t>
      </w:r>
      <w:proofErr w:type="spellEnd"/>
      <w:r w:rsidR="00C20BB2" w:rsidRPr="00227BAE">
        <w:rPr>
          <w:rFonts w:ascii="Times New Roman" w:hAnsi="Times New Roman" w:cs="Times New Roman"/>
          <w:sz w:val="24"/>
          <w:szCs w:val="24"/>
        </w:rPr>
        <w:t xml:space="preserve"> </w:t>
      </w:r>
      <w:r w:rsidR="00C20BB2">
        <w:rPr>
          <w:rFonts w:ascii="Times New Roman" w:hAnsi="Times New Roman" w:cs="Times New Roman"/>
          <w:sz w:val="24"/>
          <w:szCs w:val="24"/>
        </w:rPr>
        <w:t>fiscale_____________________________________________________________</w:t>
      </w:r>
    </w:p>
    <w:p w14:paraId="08145A03" w14:textId="35271D16" w:rsidR="00A46301" w:rsidRPr="00A46301" w:rsidRDefault="00C20BB2" w:rsidP="00C20BB2">
      <w:pPr>
        <w:spacing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 w:rsidRPr="00C20BB2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CHIEDE, inoltre</w:t>
      </w:r>
      <w:r w:rsidR="00463ED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, che</w:t>
      </w:r>
      <w:r w:rsidRPr="00C20BB2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 l’iscrizione al servizio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venga effettuata per la seguente</w:t>
      </w:r>
      <w:r w:rsidRPr="00C20BB2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 </w:t>
      </w:r>
      <w:r w:rsidR="00A46301" w:rsidRPr="00A46301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Categoria di appartenenza (barrare la casella di interesse):</w:t>
      </w:r>
    </w:p>
    <w:p w14:paraId="0FCDEA2D" w14:textId="77777777" w:rsidR="00A46301" w:rsidRPr="00A46301" w:rsidRDefault="00A46301" w:rsidP="00A46301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A4630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[ ] </w:t>
      </w:r>
      <w:r w:rsidRPr="00A46301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Lattanti</w:t>
      </w:r>
      <w:r w:rsidRPr="00A4630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(da 3 a 12 mesi) </w:t>
      </w:r>
    </w:p>
    <w:p w14:paraId="699D85F4" w14:textId="77777777" w:rsidR="00A46301" w:rsidRPr="00A46301" w:rsidRDefault="00A46301" w:rsidP="00A46301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A4630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lastRenderedPageBreak/>
        <w:t xml:space="preserve">[ ] </w:t>
      </w:r>
      <w:r w:rsidRPr="00A46301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Semidivezzi</w:t>
      </w:r>
      <w:r w:rsidRPr="00A4630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(da 13 a 24 mesi) </w:t>
      </w:r>
    </w:p>
    <w:p w14:paraId="5B28D807" w14:textId="77777777" w:rsidR="00A46301" w:rsidRPr="00A46301" w:rsidRDefault="00A46301" w:rsidP="00A46301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A4630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[ ] </w:t>
      </w:r>
      <w:r w:rsidRPr="00A46301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Divezzi</w:t>
      </w:r>
      <w:r w:rsidRPr="00A4630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(da 25 a 36 mesi) </w:t>
      </w:r>
    </w:p>
    <w:p w14:paraId="612E55C6" w14:textId="2AA13E53" w:rsidR="00463EDC" w:rsidRPr="00463EDC" w:rsidRDefault="006311D8" w:rsidP="00463EDC">
      <w:pPr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463ED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Il</w:t>
      </w:r>
      <w:r w:rsidR="00AF1D6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/La</w:t>
      </w:r>
      <w:r w:rsidRPr="00463ED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sottoscritto</w:t>
      </w:r>
      <w:r w:rsidR="00AF1D6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/a</w:t>
      </w:r>
      <w:r w:rsidRPr="00463ED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avvalendosi della facoltà prevista dall'articolo 46 e dall'articolo 47 del Decreto del Presidente della Repubblica 28/12/2000, n. 445, consapevole delle sanzioni penali previste dall'articolo 76 del Decreto del Presidente della Repubblica 28/12/2000, n. 445 e dall'articolo 483 del Codice Penale nel caso di dichiarazioni non veritiere e di falsità in atti, </w:t>
      </w:r>
    </w:p>
    <w:p w14:paraId="39C97F38" w14:textId="788D410F" w:rsidR="00463EDC" w:rsidRDefault="006311D8" w:rsidP="00463EDC">
      <w:pPr>
        <w:spacing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 w:rsidRPr="006311D8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DICHIARA</w:t>
      </w:r>
    </w:p>
    <w:p w14:paraId="1FE3B2E2" w14:textId="45502F9B" w:rsidR="00463EDC" w:rsidRPr="00936221" w:rsidRDefault="00936221" w:rsidP="00936221">
      <w:pPr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A4630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[ ]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="00E618A7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</w:t>
      </w:r>
      <w:r w:rsidR="006311D8" w:rsidRPr="0093622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 aver presentato la domanda in osservanza delle disposizioni sulla responsabilità genitoriale di cui agli articoli 316, 337-ter e 337-quater del Codice Civile, i quali prevedono il consenso di entrambi i genitori</w:t>
      </w:r>
      <w:r w:rsidR="00AF1D64" w:rsidRPr="0093622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;</w:t>
      </w:r>
    </w:p>
    <w:p w14:paraId="3D67E0E0" w14:textId="6517F4D2" w:rsidR="00936221" w:rsidRPr="00936221" w:rsidRDefault="00936221" w:rsidP="00936221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A4630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[ ]</w:t>
      </w:r>
      <w:r w:rsidRPr="0093622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="002954C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</w:t>
      </w:r>
      <w:r w:rsidRPr="0093622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he il/la bambino/a </w:t>
      </w:r>
      <w:r w:rsidRPr="00936221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NON è iscritto/a</w:t>
      </w:r>
      <w:r w:rsidRPr="0093622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presso alcun altro asilo nido (Prima Iscrizione - Prioritaria). </w:t>
      </w:r>
    </w:p>
    <w:p w14:paraId="552AD2C8" w14:textId="2E77460B" w:rsidR="00936221" w:rsidRPr="00A46301" w:rsidRDefault="00936221" w:rsidP="00936221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A4630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[ ] </w:t>
      </w:r>
      <w:r w:rsidR="002954C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</w:t>
      </w:r>
      <w:r w:rsidRPr="00A4630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he il/la bambino/a </w:t>
      </w:r>
      <w:r w:rsidRPr="00A46301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È GIÀ iscritto/a</w:t>
      </w:r>
      <w:r w:rsidRPr="00A4630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presso un'altra struttura (Ammissione subordinata alla presenza di posti residui): </w:t>
      </w:r>
    </w:p>
    <w:p w14:paraId="66E52197" w14:textId="77777777" w:rsidR="00936221" w:rsidRDefault="00936221" w:rsidP="00936221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A4630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Nome struttura: ____________________________________________________</w:t>
      </w:r>
    </w:p>
    <w:p w14:paraId="62EF51F4" w14:textId="49FB1016" w:rsidR="002954CD" w:rsidRPr="00A46301" w:rsidRDefault="002954CD" w:rsidP="00936221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bookmarkStart w:id="0" w:name="_Hlk244838490"/>
      <w:r w:rsidRPr="00A4630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[ ] </w:t>
      </w:r>
      <w:bookmarkEnd w:id="0"/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</w:t>
      </w:r>
      <w:r w:rsidRPr="00A4630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he il/la bambino/a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è in regola con gli obblighi vaccinali previsti dalla normativa vigente (Legge n. 119/2027) per la frequenza dei servizi educativi dell’infanzia;</w:t>
      </w:r>
    </w:p>
    <w:p w14:paraId="4E36D027" w14:textId="2161A980" w:rsidR="00936221" w:rsidRPr="00A46301" w:rsidRDefault="00936221" w:rsidP="00936221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A4630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[ ] </w:t>
      </w:r>
      <w:r w:rsidR="002954C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</w:t>
      </w:r>
      <w:r w:rsidRPr="00A4630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he il/la bambino/a </w:t>
      </w:r>
      <w:r w:rsidRPr="00A46301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non presenta</w:t>
      </w:r>
      <w:r w:rsidRPr="00A4630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patologie, allergie o intolleranze alimentari note</w:t>
      </w:r>
      <w:r w:rsidR="002954C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;</w:t>
      </w:r>
    </w:p>
    <w:p w14:paraId="27DC4FF2" w14:textId="3EDF896D" w:rsidR="00936221" w:rsidRPr="00A46301" w:rsidRDefault="00936221" w:rsidP="00936221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A4630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[ ] </w:t>
      </w:r>
      <w:r w:rsidR="002954C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</w:t>
      </w:r>
      <w:r w:rsidRPr="00A4630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he il/la bambino/a </w:t>
      </w:r>
      <w:r w:rsidRPr="00A46301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presenta patologie, disabilità, allergie o intolleranze alimentari</w:t>
      </w:r>
      <w:r w:rsidRPr="00A4630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(specificare di seguito):</w:t>
      </w:r>
    </w:p>
    <w:p w14:paraId="2726CA1C" w14:textId="77777777" w:rsidR="00936221" w:rsidRPr="00A46301" w:rsidRDefault="00936221" w:rsidP="00936221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A46301">
        <w:rPr>
          <w:rFonts w:ascii="Times New Roman" w:eastAsia="Times New Roman" w:hAnsi="Times New Roman" w:cs="Times New Roman"/>
          <w:i/>
          <w:iCs/>
          <w:sz w:val="24"/>
          <w:szCs w:val="24"/>
          <w:lang w:val="it-IT" w:eastAsia="it-IT"/>
        </w:rPr>
        <w:t>Descrizione/Note:</w:t>
      </w:r>
      <w:r w:rsidRPr="00A4630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________________</w:t>
      </w:r>
    </w:p>
    <w:p w14:paraId="16245B5B" w14:textId="77777777" w:rsidR="00936221" w:rsidRPr="00A46301" w:rsidRDefault="00936221" w:rsidP="00936221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A4630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_____________</w:t>
      </w:r>
    </w:p>
    <w:p w14:paraId="0BD17AF8" w14:textId="6B7CDD84" w:rsidR="00936221" w:rsidRPr="006311D8" w:rsidRDefault="00936221" w:rsidP="00936221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it-IT" w:eastAsia="it-IT"/>
        </w:rPr>
      </w:pPr>
      <w:r w:rsidRPr="006311D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it-IT" w:eastAsia="it-IT"/>
        </w:rPr>
        <w:t xml:space="preserve">N.B.: L’Amministrazione comunale si solleva da qualsivoglia responsabilità in caso di mancata comunicazione di eventuali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it-IT" w:eastAsia="it-IT"/>
        </w:rPr>
        <w:t>patologie/</w:t>
      </w:r>
      <w:r w:rsidRPr="00936221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 </w:t>
      </w:r>
      <w:r w:rsidRPr="00A46301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disabilità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/ </w:t>
      </w:r>
      <w:r w:rsidRPr="006311D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it-IT" w:eastAsia="it-IT"/>
        </w:rPr>
        <w:t>allergie e/o intolleranze alimentari riguardanti il/la/i proprio/a/i figlio/a/i</w:t>
      </w:r>
      <w:r w:rsidRPr="006311D8">
        <w:rPr>
          <w:rFonts w:ascii="Times New Roman" w:eastAsia="Times New Roman" w:hAnsi="Times New Roman" w:cs="Times New Roman"/>
          <w:i/>
          <w:iCs/>
          <w:sz w:val="24"/>
          <w:szCs w:val="24"/>
          <w:lang w:val="it-IT" w:eastAsia="it-IT"/>
        </w:rPr>
        <w:t xml:space="preserve"> </w:t>
      </w:r>
    </w:p>
    <w:p w14:paraId="294E928A" w14:textId="77777777" w:rsidR="00AF1D64" w:rsidRDefault="00AF1D64" w:rsidP="00A46301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</w:p>
    <w:p w14:paraId="714E5F2B" w14:textId="32CE718F" w:rsidR="00D2670B" w:rsidRPr="00D2670B" w:rsidRDefault="00D2670B" w:rsidP="00E618A7">
      <w:pPr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A4630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lastRenderedPageBreak/>
        <w:t xml:space="preserve">[ ] </w:t>
      </w:r>
      <w:r w:rsidR="006311D8" w:rsidRPr="00D2670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Di possedere il seguente ISEE € _______________________ (in corso di validità – DA ALLEGARE) </w:t>
      </w:r>
      <w:r w:rsidRPr="00D2670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 di appartenere, pertanto, alla seguente fascia di riferimento per il pagamento della  retta mensile:</w:t>
      </w:r>
    </w:p>
    <w:p w14:paraId="66A5F652" w14:textId="77777777" w:rsidR="00D2670B" w:rsidRPr="00A46301" w:rsidRDefault="00D2670B" w:rsidP="00E618A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A4630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[ ] Da € 0,00 a € 5.000,00 (€ 170,00/mese) </w:t>
      </w:r>
    </w:p>
    <w:p w14:paraId="07E791D1" w14:textId="77777777" w:rsidR="00D2670B" w:rsidRPr="00A46301" w:rsidRDefault="00D2670B" w:rsidP="00E618A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A4630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[ ] Da € 5.001,00 a € 8.000,00 (€ 180,00/mese) </w:t>
      </w:r>
    </w:p>
    <w:p w14:paraId="59D1B339" w14:textId="77777777" w:rsidR="00D2670B" w:rsidRPr="00A46301" w:rsidRDefault="00D2670B" w:rsidP="00E618A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A4630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[ ] Da € 8.001,00 a € 12.000,00 (€ 190,00/mese) </w:t>
      </w:r>
    </w:p>
    <w:p w14:paraId="5CD589AA" w14:textId="77777777" w:rsidR="00D2670B" w:rsidRPr="00A46301" w:rsidRDefault="00D2670B" w:rsidP="00E618A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A4630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[ ] Da € 12.001,00 a € 15.000,00 (€ 200,00/mese) </w:t>
      </w:r>
    </w:p>
    <w:p w14:paraId="070F378C" w14:textId="77777777" w:rsidR="00D2670B" w:rsidRPr="00A46301" w:rsidRDefault="00D2670B" w:rsidP="00E618A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A4630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[ ] Oltre € 15.001,00 (€ 210,00/mese) </w:t>
      </w:r>
    </w:p>
    <w:p w14:paraId="2452E691" w14:textId="77777777" w:rsidR="00AE4455" w:rsidRPr="00AE4455" w:rsidRDefault="00AE4455" w:rsidP="00E618A7">
      <w:pPr>
        <w:spacing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6"/>
          <w:szCs w:val="6"/>
          <w:lang w:val="it-IT" w:eastAsia="it-IT"/>
        </w:rPr>
      </w:pPr>
    </w:p>
    <w:p w14:paraId="46615545" w14:textId="08223B8B" w:rsidR="00E618A7" w:rsidRPr="00E618A7" w:rsidRDefault="00E618A7" w:rsidP="00E618A7">
      <w:pPr>
        <w:spacing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 w:rsidRPr="00E618A7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DICHIARA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, </w:t>
      </w:r>
      <w:r w:rsidRPr="00E618A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it-IT" w:eastAsia="it-IT"/>
        </w:rPr>
        <w:t>altresì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, </w:t>
      </w:r>
      <w:r w:rsidRPr="00E618A7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 E SI IMPEGNA</w:t>
      </w:r>
    </w:p>
    <w:p w14:paraId="1F111B93" w14:textId="6E1E83ED" w:rsidR="00E618A7" w:rsidRPr="00E618A7" w:rsidRDefault="00E618A7" w:rsidP="00E618A7">
      <w:pPr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bookmarkStart w:id="1" w:name="_Hlk244839486"/>
      <w:r w:rsidRPr="00A4630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[ ]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</w:t>
      </w:r>
      <w:r w:rsidRPr="00E618A7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bookmarkEnd w:id="1"/>
      <w:r w:rsidRPr="00E618A7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provvedere regolarmente al versamento della retta mensile dovuta per la frequenza del servizio, l'importo della quale sarà determinato in base alla fascia ISEE di riferimento, a seguito della regolare presentazione della relativa attestazione in corso di validità;</w:t>
      </w:r>
    </w:p>
    <w:p w14:paraId="6E5B9244" w14:textId="57DB4060" w:rsidR="00E618A7" w:rsidRPr="00CE4115" w:rsidRDefault="00E618A7" w:rsidP="00CE4115">
      <w:pPr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CE4115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[ ] a corrispondere la tariffa massima prevista così come stabilito con D.G.C. n. 209 del 13/10/2026 in caso di mancata presentazione dell'attestazione ISEE entro i termini stabiliti, o qualora la stessa risulti non conforme o scaduta.</w:t>
      </w:r>
    </w:p>
    <w:p w14:paraId="258059DD" w14:textId="05770CCC" w:rsidR="00CE4115" w:rsidRPr="00CE4115" w:rsidRDefault="00E618A7" w:rsidP="00CE4115">
      <w:pPr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bookmarkStart w:id="2" w:name="_Hlk244840446"/>
      <w:r w:rsidRPr="00E618A7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[ ]</w:t>
      </w:r>
      <w:bookmarkEnd w:id="2"/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il</w:t>
      </w:r>
      <w:r w:rsidRPr="00E618A7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</w:t>
      </w:r>
      <w:r w:rsidRPr="00E618A7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a sottoscritto/a si assume l'intera responsabilità di quanto sopra dichiarato, consapevole delle conseguenze previste </w:t>
      </w:r>
      <w:r w:rsidR="00037F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dall</w:t>
      </w:r>
      <w:r w:rsidR="003160E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e </w:t>
      </w:r>
      <w:r w:rsidR="00037F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vigenti disposizioni normative</w:t>
      </w:r>
      <w:r w:rsidR="00037FA1" w:rsidRPr="00E618A7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Pr="00E618A7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in caso di ritardato o mancato pagamento.</w:t>
      </w:r>
    </w:p>
    <w:p w14:paraId="7F35DF0E" w14:textId="1BD7C66B" w:rsidR="00AE4455" w:rsidRDefault="00AE4455" w:rsidP="00AE4455">
      <w:pPr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AE4455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NOTA: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Pr="00AE4455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Le domande, potranno essere </w:t>
      </w:r>
      <w:r w:rsidR="00BA746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presentate</w:t>
      </w:r>
      <w:r w:rsidRPr="00AE4455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 partire da venerdì 6 Novembre 2026 </w:t>
      </w:r>
      <w:r w:rsidR="00D02D38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dalle ore 12:00 </w:t>
      </w:r>
      <w:r w:rsidR="00BA746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ed </w:t>
      </w:r>
      <w:r w:rsidRPr="00AE4455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entro e non oltre le ore 1</w:t>
      </w:r>
      <w:r w:rsidR="00D02D38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2</w:t>
      </w:r>
      <w:r w:rsidRPr="00AE4455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:00 di </w:t>
      </w:r>
      <w:r w:rsidR="00D02D38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lunedì</w:t>
      </w:r>
      <w:r w:rsidRPr="00AE4455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1</w:t>
      </w:r>
      <w:r w:rsidR="00D02D38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6</w:t>
      </w:r>
      <w:r w:rsidRPr="00AE4455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Novembre 2026, </w:t>
      </w:r>
      <w:r w:rsidR="00BA746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attraverso</w:t>
      </w:r>
      <w:r w:rsidRPr="00AE4455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le seguenti modalità: </w:t>
      </w:r>
    </w:p>
    <w:p w14:paraId="055592F1" w14:textId="6AEF73AF" w:rsidR="00AE4455" w:rsidRPr="00AE4455" w:rsidRDefault="00AE4455" w:rsidP="00AE4455">
      <w:pPr>
        <w:pStyle w:val="Paragrafoelenco"/>
        <w:numPr>
          <w:ilvl w:val="0"/>
          <w:numId w:val="17"/>
        </w:numPr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AE4455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tramite posta elettronica certificata all’indirizzo:</w:t>
      </w:r>
    </w:p>
    <w:p w14:paraId="3EF2CFDD" w14:textId="0077A3D6" w:rsidR="00AE4455" w:rsidRDefault="00AE4455" w:rsidP="00AE4455">
      <w:pPr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AE4455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Pr="00AE4455">
        <w:rPr>
          <w:rFonts w:ascii="Segoe UI Emoji" w:eastAsia="Times New Roman" w:hAnsi="Segoe UI Emoji" w:cs="Segoe UI Emoji"/>
          <w:sz w:val="24"/>
          <w:szCs w:val="24"/>
          <w:lang w:val="it-IT" w:eastAsia="it-IT"/>
        </w:rPr>
        <w:t>📩</w:t>
      </w:r>
      <w:r w:rsidRPr="00AE4455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hyperlink r:id="rId9" w:history="1">
        <w:r w:rsidRPr="00523C28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val="it-IT" w:eastAsia="it-IT"/>
          </w:rPr>
          <w:t>protocollo@cert.comune.presicceacquarica.le.it</w:t>
        </w:r>
      </w:hyperlink>
    </w:p>
    <w:p w14:paraId="041D207D" w14:textId="05D20777" w:rsidR="00AE4455" w:rsidRPr="00AE4455" w:rsidRDefault="00AE4455" w:rsidP="00AE4455">
      <w:pPr>
        <w:pStyle w:val="Paragrafoelenco"/>
        <w:numPr>
          <w:ilvl w:val="0"/>
          <w:numId w:val="17"/>
        </w:numPr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AE4455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oppure consegnata a mano direttamente all’Ufficio protocollo del Comune di Presicce-Acquarica sito presso la sede legale in Via Roma, n. 161 - </w:t>
      </w:r>
      <w:proofErr w:type="spellStart"/>
      <w:r w:rsidRPr="00AE4455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Loc</w:t>
      </w:r>
      <w:proofErr w:type="spellEnd"/>
      <w:r w:rsidRPr="00AE4455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. Presicce;</w:t>
      </w:r>
    </w:p>
    <w:p w14:paraId="6FBDED34" w14:textId="77777777" w:rsidR="00AE4455" w:rsidRDefault="00AE4455" w:rsidP="00AE4455">
      <w:pPr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AE4455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Le istanze dovranno riportare nell’oggetto la dicitura: «AVVISO PUBBLICO PER L’ISCRIZIONE AL SERVIZIO ASILO NIDO COMUNALE DI VIA TOMMASO FIORE– ANNO EDUCATIVO 2026/2027».</w:t>
      </w:r>
      <w:r w:rsidR="006311D8" w:rsidRPr="00AE4455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      </w:t>
      </w:r>
    </w:p>
    <w:p w14:paraId="5F066BA4" w14:textId="77777777" w:rsidR="00AE4455" w:rsidRDefault="00AE4455" w:rsidP="00AE4455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</w:p>
    <w:p w14:paraId="477E6F17" w14:textId="441E71F4" w:rsidR="00AE4455" w:rsidRPr="00A46301" w:rsidRDefault="00AE4455" w:rsidP="00AE4455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 w:rsidRPr="00A46301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lastRenderedPageBreak/>
        <w:t>ALLEGATI OBBLIGATORI</w:t>
      </w:r>
    </w:p>
    <w:p w14:paraId="587895FA" w14:textId="77777777" w:rsidR="00AE4455" w:rsidRPr="00A46301" w:rsidRDefault="00AE4455" w:rsidP="00AE4455">
      <w:pPr>
        <w:numPr>
          <w:ilvl w:val="0"/>
          <w:numId w:val="14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A4630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Fotocopia del documento di riconoscimento in corso di validità del richiedente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;</w:t>
      </w:r>
    </w:p>
    <w:p w14:paraId="251E82BF" w14:textId="77777777" w:rsidR="00AE4455" w:rsidRDefault="00AE4455" w:rsidP="00AE4455">
      <w:pPr>
        <w:numPr>
          <w:ilvl w:val="0"/>
          <w:numId w:val="14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A4630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Attestazione I.S.E.E. in corso di validità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;</w:t>
      </w:r>
    </w:p>
    <w:p w14:paraId="1E8A9495" w14:textId="77777777" w:rsidR="00AE4455" w:rsidRPr="00A46301" w:rsidRDefault="00AE4455" w:rsidP="00AE4455">
      <w:pPr>
        <w:numPr>
          <w:ilvl w:val="0"/>
          <w:numId w:val="14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Attestazione dello stato vaccinale/Certificato vaccinale;</w:t>
      </w:r>
    </w:p>
    <w:p w14:paraId="4572DEA3" w14:textId="77777777" w:rsidR="00AE4455" w:rsidRDefault="00AE4455" w:rsidP="00AE4455">
      <w:pPr>
        <w:numPr>
          <w:ilvl w:val="0"/>
          <w:numId w:val="14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A4630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Eventuale certificazione medica (in caso di patologie, intolleranze o disabilità)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;</w:t>
      </w:r>
    </w:p>
    <w:p w14:paraId="62D3EA21" w14:textId="05248D25" w:rsidR="00AE4455" w:rsidRPr="00137A57" w:rsidRDefault="00E876EB" w:rsidP="00AE4455">
      <w:pPr>
        <w:numPr>
          <w:ilvl w:val="0"/>
          <w:numId w:val="14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Informativa </w:t>
      </w:r>
      <w:r w:rsidR="00AE4455" w:rsidRPr="008A06D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sul trattamento e sul diritto di accesso ai dati personali ai sensi del regolamento </w:t>
      </w:r>
      <w:r w:rsidR="00AE4455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UE</w:t>
      </w:r>
      <w:r w:rsidR="00AE4455" w:rsidRPr="008A06D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679/2016</w:t>
      </w:r>
      <w:r w:rsidR="00AE4455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da </w:t>
      </w:r>
      <w:r w:rsidR="00AE4455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sottoscritta.</w:t>
      </w:r>
    </w:p>
    <w:p w14:paraId="5015948A" w14:textId="4648BE6B" w:rsidR="00E618A7" w:rsidRPr="00AE4455" w:rsidRDefault="006311D8" w:rsidP="00AE4455">
      <w:pPr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AE4455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                                                                 </w:t>
      </w:r>
    </w:p>
    <w:p w14:paraId="2AE76968" w14:textId="7B841E06" w:rsidR="00E618A7" w:rsidRDefault="006311D8" w:rsidP="00137A57">
      <w:pPr>
        <w:spacing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 w:rsidRPr="006311D8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firma del genitore/</w:t>
      </w:r>
      <w:r w:rsidR="00137A57" w:rsidRPr="00137A57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="00137A57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</w:t>
      </w:r>
      <w:r w:rsidR="00137A57" w:rsidRPr="00227BAE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sercente la responsabilità genitoriale</w:t>
      </w:r>
      <w:r w:rsidRPr="006311D8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   </w:t>
      </w:r>
    </w:p>
    <w:p w14:paraId="67F6A8DC" w14:textId="60E07BEC" w:rsidR="00137A57" w:rsidRDefault="00137A57" w:rsidP="00137A57">
      <w:pPr>
        <w:spacing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_________________________________________________</w:t>
      </w:r>
    </w:p>
    <w:p w14:paraId="0A1277ED" w14:textId="77777777" w:rsidR="00CE4115" w:rsidRDefault="00CE4115" w:rsidP="00CE4115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</w:p>
    <w:p w14:paraId="696C58AA" w14:textId="0651C580" w:rsidR="00CE4115" w:rsidRPr="00CE4115" w:rsidRDefault="00CE4115" w:rsidP="00CE4115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 w:rsidRPr="00CE4115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Trattamento dei dati personali:</w:t>
      </w:r>
    </w:p>
    <w:p w14:paraId="7C924FF0" w14:textId="77777777" w:rsidR="00CE4115" w:rsidRPr="00CE4115" w:rsidRDefault="00CE4115" w:rsidP="00CE4115">
      <w:pPr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CE4115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[ ]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Pr="00CE4115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Dichiara, infine, ai sensi dell’art. 13 del Regolamento UE n. 2016/679 relativo alla protezione delle persone fisiche con riguardo al trattamento dei dati personali, nonché alla libera circolazione di tali dati, di essere edotto che i dati personali, raccolti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,</w:t>
      </w:r>
      <w:r w:rsidRPr="00CE4115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saranno trattati, anche con strumenti informatici, esclusivamente nell’ambito della presente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domanda </w:t>
      </w:r>
      <w:r w:rsidRPr="00CE4115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 per le finalità ivi descritte e di essere stato informato circa i diritti di cui agli artt. da 15 a 23 del Regolamento UE n. 2016/679.</w:t>
      </w:r>
    </w:p>
    <w:p w14:paraId="1411B6C2" w14:textId="77777777" w:rsidR="00CE4115" w:rsidRPr="00CE4115" w:rsidRDefault="00CE4115" w:rsidP="00CE4115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 w:rsidRPr="00CE4115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Presicce-Acquarica, lì ___________          </w:t>
      </w:r>
    </w:p>
    <w:p w14:paraId="069CDAAA" w14:textId="77777777" w:rsidR="00CE4115" w:rsidRPr="00CE4115" w:rsidRDefault="00CE4115" w:rsidP="00CE4115">
      <w:pPr>
        <w:spacing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 w:rsidRPr="00CE4115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                                                                         </w:t>
      </w:r>
    </w:p>
    <w:p w14:paraId="4A7D6959" w14:textId="77777777" w:rsidR="00CE4115" w:rsidRPr="00CE4115" w:rsidRDefault="00CE4115" w:rsidP="00CE4115">
      <w:pPr>
        <w:spacing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 w:rsidRPr="00CE4115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firma del genitore/ esercente la responsabilità genitoriale   </w:t>
      </w:r>
    </w:p>
    <w:p w14:paraId="483F6102" w14:textId="77777777" w:rsidR="00CE4115" w:rsidRDefault="00CE4115" w:rsidP="00CE4115">
      <w:pPr>
        <w:spacing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 w:rsidRPr="00CE4115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_________________________________________________</w:t>
      </w:r>
    </w:p>
    <w:p w14:paraId="09BCE458" w14:textId="77777777" w:rsidR="00A46301" w:rsidRPr="00A46301" w:rsidRDefault="00A46301" w:rsidP="007E45B3">
      <w:pPr>
        <w:spacing w:after="8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sectPr w:rsidR="00A46301" w:rsidRPr="00A46301" w:rsidSect="004139B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135" w:right="1417" w:bottom="124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54961" w14:textId="77777777" w:rsidR="00365EF4" w:rsidRDefault="00365EF4">
      <w:pPr>
        <w:spacing w:after="0" w:line="240" w:lineRule="auto"/>
      </w:pPr>
      <w:r>
        <w:separator/>
      </w:r>
    </w:p>
  </w:endnote>
  <w:endnote w:type="continuationSeparator" w:id="0">
    <w:p w14:paraId="1EB5C821" w14:textId="77777777" w:rsidR="00365EF4" w:rsidRDefault="00365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381EE" w14:textId="77777777" w:rsidR="00CF3560" w:rsidRDefault="00CF356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DB441" w14:textId="451AF3A1" w:rsidR="008A4C9A" w:rsidRPr="002A528F" w:rsidRDefault="008A4C9A">
    <w:pPr>
      <w:pStyle w:val="Pidipagina"/>
      <w:jc w:val="center"/>
      <w:rPr>
        <w:lang w:val="it-I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E2FD" w14:textId="77777777" w:rsidR="00CF3560" w:rsidRDefault="00CF356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D155C" w14:textId="77777777" w:rsidR="00365EF4" w:rsidRDefault="00365EF4">
      <w:pPr>
        <w:spacing w:after="0" w:line="240" w:lineRule="auto"/>
      </w:pPr>
      <w:r>
        <w:separator/>
      </w:r>
    </w:p>
  </w:footnote>
  <w:footnote w:type="continuationSeparator" w:id="0">
    <w:p w14:paraId="603E819A" w14:textId="77777777" w:rsidR="00365EF4" w:rsidRDefault="00365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7C682" w14:textId="77777777" w:rsidR="00CF3560" w:rsidRDefault="00CF356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733A3" w14:textId="77777777" w:rsidR="002A528F" w:rsidRPr="008B4F3D" w:rsidRDefault="002A528F" w:rsidP="002A528F">
    <w:pPr>
      <w:ind w:right="107"/>
      <w:jc w:val="center"/>
      <w:rPr>
        <w:rFonts w:ascii="Times New Roman" w:hAnsi="Times New Roman" w:cs="Times New Roman"/>
        <w:sz w:val="36"/>
        <w:szCs w:val="36"/>
        <w:lang w:val="it-IT"/>
      </w:rPr>
    </w:pPr>
    <w:r w:rsidRPr="008B4F3D">
      <w:rPr>
        <w:rFonts w:ascii="Times New Roman" w:hAnsi="Times New Roman" w:cs="Times New Roman"/>
        <w:noProof/>
        <w:lang w:val="it-IT" w:eastAsia="it-IT"/>
      </w:rPr>
      <w:drawing>
        <wp:anchor distT="0" distB="0" distL="114300" distR="114300" simplePos="0" relativeHeight="251660288" behindDoc="1" locked="0" layoutInCell="1" allowOverlap="1" wp14:anchorId="5CC85FB2" wp14:editId="0E0C1891">
          <wp:simplePos x="0" y="0"/>
          <wp:positionH relativeFrom="column">
            <wp:posOffset>4994910</wp:posOffset>
          </wp:positionH>
          <wp:positionV relativeFrom="paragraph">
            <wp:posOffset>-127635</wp:posOffset>
          </wp:positionV>
          <wp:extent cx="756285" cy="868045"/>
          <wp:effectExtent l="0" t="0" r="5715" b="8255"/>
          <wp:wrapNone/>
          <wp:docPr id="1102019771" name="Immagine 1102019771" descr="LOGO CO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COMU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" cy="868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B4F3D">
      <w:rPr>
        <w:rFonts w:ascii="Times New Roman" w:hAnsi="Times New Roman" w:cs="Times New Roman"/>
        <w:noProof/>
        <w:lang w:val="it-IT" w:eastAsia="it-IT"/>
      </w:rPr>
      <w:drawing>
        <wp:anchor distT="0" distB="0" distL="114300" distR="114300" simplePos="0" relativeHeight="251659264" behindDoc="1" locked="0" layoutInCell="1" allowOverlap="1" wp14:anchorId="0117318B" wp14:editId="71D4642E">
          <wp:simplePos x="0" y="0"/>
          <wp:positionH relativeFrom="column">
            <wp:posOffset>490220</wp:posOffset>
          </wp:positionH>
          <wp:positionV relativeFrom="paragraph">
            <wp:posOffset>-226695</wp:posOffset>
          </wp:positionV>
          <wp:extent cx="756285" cy="967105"/>
          <wp:effectExtent l="0" t="0" r="5715" b="4445"/>
          <wp:wrapNone/>
          <wp:docPr id="2101520485" name="Immagine 2101520485" descr="LOGO PRESIC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PRESIC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" cy="967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B4F3D">
      <w:rPr>
        <w:rFonts w:ascii="Times New Roman" w:hAnsi="Times New Roman" w:cs="Times New Roman"/>
        <w:sz w:val="36"/>
        <w:szCs w:val="36"/>
        <w:lang w:val="it-IT"/>
      </w:rPr>
      <w:t xml:space="preserve">Comune di Presicce-Acquarica </w:t>
    </w:r>
  </w:p>
  <w:p w14:paraId="6854A7C3" w14:textId="77777777" w:rsidR="002A528F" w:rsidRPr="008B4F3D" w:rsidRDefault="002A528F" w:rsidP="002A528F">
    <w:pPr>
      <w:tabs>
        <w:tab w:val="center" w:pos="5244"/>
        <w:tab w:val="left" w:pos="7157"/>
      </w:tabs>
      <w:jc w:val="center"/>
      <w:rPr>
        <w:rFonts w:ascii="Times New Roman" w:hAnsi="Times New Roman" w:cs="Times New Roman"/>
        <w:sz w:val="28"/>
        <w:szCs w:val="28"/>
        <w:lang w:val="it-IT"/>
      </w:rPr>
    </w:pPr>
    <w:r w:rsidRPr="008B4F3D">
      <w:rPr>
        <w:rFonts w:ascii="Times New Roman" w:hAnsi="Times New Roman" w:cs="Times New Roman"/>
        <w:sz w:val="28"/>
        <w:szCs w:val="28"/>
        <w:lang w:val="it-IT"/>
      </w:rPr>
      <w:t>Provincia di Lecce</w:t>
    </w:r>
  </w:p>
  <w:p w14:paraId="406F4DBD" w14:textId="77777777" w:rsidR="002A528F" w:rsidRPr="008B4F3D" w:rsidRDefault="002A528F" w:rsidP="002A528F">
    <w:pPr>
      <w:pStyle w:val="Intestazione"/>
      <w:jc w:val="center"/>
      <w:rPr>
        <w:rFonts w:ascii="Times New Roman" w:hAnsi="Times New Roman" w:cs="Times New Roman"/>
        <w:sz w:val="14"/>
        <w:szCs w:val="14"/>
        <w:lang w:val="it-IT"/>
      </w:rPr>
    </w:pPr>
    <w:r w:rsidRPr="008B4F3D">
      <w:rPr>
        <w:rFonts w:ascii="Times New Roman" w:hAnsi="Times New Roman" w:cs="Times New Roman"/>
        <w:sz w:val="14"/>
        <w:szCs w:val="14"/>
        <w:lang w:val="it-IT"/>
      </w:rPr>
      <w:t xml:space="preserve">Sede legale: ex Convento San Giovanni Battista - Via Roma,  n. 161 - </w:t>
    </w:r>
    <w:proofErr w:type="spellStart"/>
    <w:r w:rsidRPr="008B4F3D">
      <w:rPr>
        <w:rFonts w:ascii="Times New Roman" w:hAnsi="Times New Roman" w:cs="Times New Roman"/>
        <w:sz w:val="14"/>
        <w:szCs w:val="14"/>
        <w:lang w:val="it-IT"/>
      </w:rPr>
      <w:t>Loc</w:t>
    </w:r>
    <w:proofErr w:type="spellEnd"/>
    <w:r w:rsidRPr="008B4F3D">
      <w:rPr>
        <w:rFonts w:ascii="Times New Roman" w:hAnsi="Times New Roman" w:cs="Times New Roman"/>
        <w:sz w:val="14"/>
        <w:szCs w:val="14"/>
        <w:lang w:val="it-IT"/>
      </w:rPr>
      <w:t>. Presicce - 73054 Presicce-Acquarica - Tel. 0833-1990532</w:t>
    </w:r>
  </w:p>
  <w:p w14:paraId="09061A43" w14:textId="77777777" w:rsidR="002A528F" w:rsidRPr="008B4F3D" w:rsidRDefault="002A528F" w:rsidP="002A528F">
    <w:pPr>
      <w:pStyle w:val="Intestazione"/>
      <w:jc w:val="center"/>
      <w:rPr>
        <w:rFonts w:ascii="Times New Roman" w:hAnsi="Times New Roman" w:cs="Times New Roman"/>
        <w:sz w:val="14"/>
        <w:szCs w:val="14"/>
        <w:lang w:val="it-IT"/>
      </w:rPr>
    </w:pPr>
    <w:r w:rsidRPr="008B4F3D">
      <w:rPr>
        <w:rFonts w:ascii="Times New Roman" w:hAnsi="Times New Roman" w:cs="Times New Roman"/>
        <w:sz w:val="14"/>
        <w:szCs w:val="14"/>
        <w:lang w:val="it-IT"/>
      </w:rPr>
      <w:t xml:space="preserve">Sito Istituzionale: </w:t>
    </w:r>
    <w:hyperlink r:id="rId3" w:history="1">
      <w:r w:rsidRPr="008B4F3D">
        <w:rPr>
          <w:rStyle w:val="Collegamentoipertestuale"/>
          <w:rFonts w:ascii="Times New Roman" w:hAnsi="Times New Roman" w:cs="Times New Roman"/>
          <w:sz w:val="14"/>
          <w:szCs w:val="14"/>
          <w:lang w:val="it-IT"/>
        </w:rPr>
        <w:t>www.comune.presicceacquarica.le.it</w:t>
      </w:r>
    </w:hyperlink>
  </w:p>
  <w:p w14:paraId="4A2A4492" w14:textId="77777777" w:rsidR="002A528F" w:rsidRPr="008B4F3D" w:rsidRDefault="002A528F" w:rsidP="002A528F">
    <w:pPr>
      <w:pStyle w:val="Intestazione"/>
      <w:jc w:val="center"/>
      <w:rPr>
        <w:rFonts w:ascii="Times New Roman" w:hAnsi="Times New Roman" w:cs="Times New Roman"/>
        <w:sz w:val="14"/>
        <w:szCs w:val="14"/>
        <w:lang w:val="it-IT"/>
      </w:rPr>
    </w:pPr>
    <w:proofErr w:type="spellStart"/>
    <w:r w:rsidRPr="008B4F3D">
      <w:rPr>
        <w:rFonts w:ascii="Times New Roman" w:hAnsi="Times New Roman" w:cs="Times New Roman"/>
        <w:sz w:val="16"/>
        <w:szCs w:val="16"/>
        <w:lang w:val="it-IT"/>
      </w:rPr>
      <w:t>pec</w:t>
    </w:r>
    <w:proofErr w:type="spellEnd"/>
    <w:r w:rsidRPr="008B4F3D">
      <w:rPr>
        <w:rFonts w:ascii="Times New Roman" w:hAnsi="Times New Roman" w:cs="Times New Roman"/>
        <w:sz w:val="16"/>
        <w:szCs w:val="16"/>
        <w:lang w:val="it-IT"/>
      </w:rPr>
      <w:t xml:space="preserve">: </w:t>
    </w:r>
    <w:hyperlink r:id="rId4" w:history="1">
      <w:r w:rsidRPr="008B4F3D">
        <w:rPr>
          <w:rStyle w:val="Collegamentoipertestuale"/>
          <w:rFonts w:ascii="Times New Roman" w:hAnsi="Times New Roman" w:cs="Times New Roman"/>
          <w:sz w:val="16"/>
          <w:szCs w:val="16"/>
          <w:lang w:val="it-IT"/>
        </w:rPr>
        <w:t>protocollo@cert.comune.presicceacquarica.le.it</w:t>
      </w:r>
    </w:hyperlink>
    <w:r w:rsidRPr="008B4F3D">
      <w:rPr>
        <w:rFonts w:ascii="Times New Roman" w:hAnsi="Times New Roman" w:cs="Times New Roman"/>
        <w:sz w:val="16"/>
        <w:szCs w:val="16"/>
        <w:lang w:val="it-IT"/>
      </w:rPr>
      <w:t xml:space="preserve"> - C.F. e P.I. 05007900755</w:t>
    </w:r>
  </w:p>
  <w:p w14:paraId="529572C6" w14:textId="77777777" w:rsidR="002A528F" w:rsidRPr="008B4F3D" w:rsidRDefault="002A528F" w:rsidP="002A528F">
    <w:pPr>
      <w:pStyle w:val="Intestazione"/>
      <w:jc w:val="center"/>
      <w:rPr>
        <w:rFonts w:ascii="Times New Roman" w:hAnsi="Times New Roman" w:cs="Times New Roman"/>
        <w:sz w:val="8"/>
        <w:szCs w:val="8"/>
        <w:lang w:val="it-IT"/>
      </w:rPr>
    </w:pPr>
  </w:p>
  <w:p w14:paraId="4A60F8AF" w14:textId="77777777" w:rsidR="002A528F" w:rsidRPr="008B4F3D" w:rsidRDefault="002A528F" w:rsidP="002A528F">
    <w:pPr>
      <w:jc w:val="center"/>
      <w:rPr>
        <w:rFonts w:ascii="Times New Roman" w:hAnsi="Times New Roman" w:cs="Times New Roman"/>
        <w:i/>
        <w:iCs/>
        <w:sz w:val="28"/>
        <w:szCs w:val="28"/>
        <w:lang w:val="it-IT"/>
      </w:rPr>
    </w:pPr>
    <w:r w:rsidRPr="008B4F3D">
      <w:rPr>
        <w:rFonts w:ascii="Times New Roman" w:hAnsi="Times New Roman" w:cs="Times New Roman"/>
        <w:i/>
        <w:iCs/>
        <w:sz w:val="28"/>
        <w:szCs w:val="28"/>
        <w:lang w:val="it-IT"/>
      </w:rPr>
      <w:t>UFFICIO  SERVIZI  SOCIALI-PUBBLICA ISTRUZIONE</w:t>
    </w:r>
  </w:p>
  <w:p w14:paraId="05313ADA" w14:textId="77777777" w:rsidR="002A528F" w:rsidRPr="008B4F3D" w:rsidRDefault="002A528F" w:rsidP="002A528F">
    <w:pPr>
      <w:pStyle w:val="Intestazione"/>
      <w:jc w:val="center"/>
      <w:rPr>
        <w:rFonts w:ascii="Times New Roman" w:hAnsi="Times New Roman" w:cs="Times New Roman"/>
        <w:sz w:val="14"/>
        <w:szCs w:val="14"/>
        <w:lang w:val="it-IT"/>
      </w:rPr>
    </w:pPr>
    <w:r w:rsidRPr="008B4F3D">
      <w:rPr>
        <w:rFonts w:ascii="Times New Roman" w:hAnsi="Times New Roman" w:cs="Times New Roman"/>
        <w:sz w:val="16"/>
        <w:szCs w:val="16"/>
        <w:lang w:val="it-IT"/>
      </w:rPr>
      <w:t xml:space="preserve">presso sede territoriale: Palazzo Villani - Piazza dell’Amicizia - 73054 Località Acquarica - Tel. </w:t>
    </w:r>
    <w:r w:rsidRPr="008B4F3D">
      <w:rPr>
        <w:rFonts w:ascii="Times New Roman" w:hAnsi="Times New Roman" w:cs="Times New Roman"/>
        <w:sz w:val="14"/>
        <w:szCs w:val="14"/>
        <w:lang w:val="it-IT"/>
      </w:rPr>
      <w:t>0833-1990532</w:t>
    </w:r>
  </w:p>
  <w:p w14:paraId="4CAB788A" w14:textId="77777777" w:rsidR="002A528F" w:rsidRPr="00EC1EFD" w:rsidRDefault="002A528F" w:rsidP="002A528F">
    <w:pPr>
      <w:pStyle w:val="Intestazione"/>
      <w:jc w:val="center"/>
      <w:rPr>
        <w:sz w:val="14"/>
        <w:szCs w:val="14"/>
        <w:lang w:val="it-I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8563D" w14:textId="77777777" w:rsidR="00CF3560" w:rsidRDefault="00CF356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C7EE988A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2A4071"/>
    <w:multiLevelType w:val="multilevel"/>
    <w:tmpl w:val="C41A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42B17F1"/>
    <w:multiLevelType w:val="multilevel"/>
    <w:tmpl w:val="66F08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0605D9"/>
    <w:multiLevelType w:val="multilevel"/>
    <w:tmpl w:val="0C60F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720F9D"/>
    <w:multiLevelType w:val="hybridMultilevel"/>
    <w:tmpl w:val="9C2CC7B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8B6BBD"/>
    <w:multiLevelType w:val="hybridMultilevel"/>
    <w:tmpl w:val="F18AD8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466323"/>
    <w:multiLevelType w:val="multilevel"/>
    <w:tmpl w:val="EA3A3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A33604"/>
    <w:multiLevelType w:val="multilevel"/>
    <w:tmpl w:val="D3028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A26757"/>
    <w:multiLevelType w:val="hybridMultilevel"/>
    <w:tmpl w:val="A93E241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6323457">
    <w:abstractNumId w:val="8"/>
  </w:num>
  <w:num w:numId="2" w16cid:durableId="719129773">
    <w:abstractNumId w:val="6"/>
  </w:num>
  <w:num w:numId="3" w16cid:durableId="520051962">
    <w:abstractNumId w:val="5"/>
  </w:num>
  <w:num w:numId="4" w16cid:durableId="992292501">
    <w:abstractNumId w:val="4"/>
  </w:num>
  <w:num w:numId="5" w16cid:durableId="1909605346">
    <w:abstractNumId w:val="7"/>
  </w:num>
  <w:num w:numId="6" w16cid:durableId="1680085870">
    <w:abstractNumId w:val="3"/>
  </w:num>
  <w:num w:numId="7" w16cid:durableId="1118141312">
    <w:abstractNumId w:val="2"/>
  </w:num>
  <w:num w:numId="8" w16cid:durableId="2138915434">
    <w:abstractNumId w:val="1"/>
  </w:num>
  <w:num w:numId="9" w16cid:durableId="119303177">
    <w:abstractNumId w:val="0"/>
  </w:num>
  <w:num w:numId="10" w16cid:durableId="509104783">
    <w:abstractNumId w:val="15"/>
  </w:num>
  <w:num w:numId="11" w16cid:durableId="773405319">
    <w:abstractNumId w:val="10"/>
  </w:num>
  <w:num w:numId="12" w16cid:durableId="1969780337">
    <w:abstractNumId w:val="9"/>
  </w:num>
  <w:num w:numId="13" w16cid:durableId="2064786903">
    <w:abstractNumId w:val="11"/>
  </w:num>
  <w:num w:numId="14" w16cid:durableId="1916083549">
    <w:abstractNumId w:val="14"/>
  </w:num>
  <w:num w:numId="15" w16cid:durableId="1501046697">
    <w:abstractNumId w:val="12"/>
  </w:num>
  <w:num w:numId="16" w16cid:durableId="1639218437">
    <w:abstractNumId w:val="16"/>
  </w:num>
  <w:num w:numId="17" w16cid:durableId="6187385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7FA1"/>
    <w:rsid w:val="0006063C"/>
    <w:rsid w:val="00137A57"/>
    <w:rsid w:val="0015074B"/>
    <w:rsid w:val="00170B2E"/>
    <w:rsid w:val="0019760F"/>
    <w:rsid w:val="00227BAE"/>
    <w:rsid w:val="00255CB0"/>
    <w:rsid w:val="002954CD"/>
    <w:rsid w:val="0029639D"/>
    <w:rsid w:val="002A528F"/>
    <w:rsid w:val="002B0D71"/>
    <w:rsid w:val="002F60B9"/>
    <w:rsid w:val="003160E1"/>
    <w:rsid w:val="00326F90"/>
    <w:rsid w:val="00365EF4"/>
    <w:rsid w:val="003E3F15"/>
    <w:rsid w:val="004139B5"/>
    <w:rsid w:val="00463EDC"/>
    <w:rsid w:val="00471484"/>
    <w:rsid w:val="004C4A3A"/>
    <w:rsid w:val="005366AA"/>
    <w:rsid w:val="0059464C"/>
    <w:rsid w:val="005F2BD7"/>
    <w:rsid w:val="006311D8"/>
    <w:rsid w:val="00674EA8"/>
    <w:rsid w:val="006F39C7"/>
    <w:rsid w:val="007134FF"/>
    <w:rsid w:val="007C636E"/>
    <w:rsid w:val="007E45B3"/>
    <w:rsid w:val="008038DB"/>
    <w:rsid w:val="008264FE"/>
    <w:rsid w:val="00863926"/>
    <w:rsid w:val="008A06DD"/>
    <w:rsid w:val="008A4C9A"/>
    <w:rsid w:val="008B4F3D"/>
    <w:rsid w:val="008D3DD5"/>
    <w:rsid w:val="00936221"/>
    <w:rsid w:val="00A2182D"/>
    <w:rsid w:val="00A46301"/>
    <w:rsid w:val="00A74BC1"/>
    <w:rsid w:val="00AA1D8D"/>
    <w:rsid w:val="00AE4455"/>
    <w:rsid w:val="00AF1D64"/>
    <w:rsid w:val="00B47730"/>
    <w:rsid w:val="00BA746C"/>
    <w:rsid w:val="00C20BB2"/>
    <w:rsid w:val="00C33101"/>
    <w:rsid w:val="00CB0664"/>
    <w:rsid w:val="00CE4115"/>
    <w:rsid w:val="00CF3560"/>
    <w:rsid w:val="00D018B6"/>
    <w:rsid w:val="00D02D38"/>
    <w:rsid w:val="00D2670B"/>
    <w:rsid w:val="00DE3787"/>
    <w:rsid w:val="00DF141D"/>
    <w:rsid w:val="00E122BD"/>
    <w:rsid w:val="00E21944"/>
    <w:rsid w:val="00E618A7"/>
    <w:rsid w:val="00E876EB"/>
    <w:rsid w:val="00EA4E9A"/>
    <w:rsid w:val="00F7583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4C50"/>
  <w14:defaultImageDpi w14:val="330"/>
  <w15:docId w15:val="{5AE95E3D-F683-4395-B130-F4641C0B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rsid w:val="002A528F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463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4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cert.comune.presicceacquarica.le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tocollo@cert.comune.presicceacquarica.le.it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mune.presicceacquarica.l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mailto:protocollo@cert.comune.presicceacquarica.l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F04A7BD-86C2-4876-9FD4-67C1EA4CF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954</Words>
  <Characters>5442</Characters>
  <Application>Microsoft Office Word</Application>
  <DocSecurity>0</DocSecurity>
  <Lines>45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6384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di Presicce</dc:creator>
  <cp:keywords/>
  <dc:description>generated by python-docx</dc:description>
  <cp:lastModifiedBy>Francesca Zilli</cp:lastModifiedBy>
  <cp:revision>42</cp:revision>
  <cp:lastPrinted>2026-11-06T08:52:00Z</cp:lastPrinted>
  <dcterms:created xsi:type="dcterms:W3CDTF">2026-11-06T05:31:00Z</dcterms:created>
  <dcterms:modified xsi:type="dcterms:W3CDTF">2026-11-06T09:16:00Z</dcterms:modified>
  <cp:category/>
</cp:coreProperties>
</file>